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840" w:after="320"/>
        <w:jc w:val="center"/>
      </w:pPr>
      <w:r>
        <w:rPr>
          <w:rFonts w:ascii="Calibri" w:hAnsi="Calibri" w:eastAsia="Calibri"/>
          <w:b/>
          <w:color w:val="B07D12"/>
          <w:sz w:val="21"/>
        </w:rPr>
        <w:t>2026 SEO OPERATOR SERIES</w:t>
      </w:r>
    </w:p>
    <w:p>
      <w:pPr>
        <w:spacing w:after="200"/>
        <w:jc w:val="center"/>
      </w:pPr>
      <w:r>
        <w:rPr>
          <w:rFonts w:ascii="Calibri" w:hAnsi="Calibri" w:eastAsia="Calibri"/>
          <w:b/>
          <w:color w:val="0B2545"/>
          <w:sz w:val="60"/>
        </w:rPr>
        <w:t>E-E-A-T Building Prompts</w:t>
      </w:r>
    </w:p>
    <w:p>
      <w:pPr>
        <w:spacing w:after="480"/>
        <w:jc w:val="center"/>
      </w:pPr>
      <w:r>
        <w:rPr>
          <w:rFonts w:ascii="Calibri" w:hAnsi="Calibri" w:eastAsia="Calibri"/>
          <w:color w:val="1F4D78"/>
          <w:sz w:val="26"/>
        </w:rPr>
        <w:t>Prompts for experience, expertise, authority, trust, authorship, evidence, reputation, YMYL safeguards, and entity consistency.</w:t>
      </w:r>
    </w:p>
    <w:p>
      <w:pPr>
        <w:spacing w:before="200" w:after="160"/>
        <w:ind w:left="2232" w:right="2232"/>
        <w:jc w:val="center"/>
        <w:shd w:val="clear" w:fill="0B2545"/>
        <w:pBdr>
          <w:left w:val="single" w:sz="14" w:space="8" w:color="0B2545"/>
        </w:pBdr>
      </w:pPr>
      <w:r>
        <w:rPr>
          <w:rFonts w:ascii="Calibri" w:hAnsi="Calibri" w:eastAsia="Calibri"/>
          <w:b/>
          <w:color w:val="FFFFFF"/>
          <w:sz w:val="22"/>
        </w:rPr>
        <w:t>16 COPY-READY PROMPTS</w:t>
      </w:r>
    </w:p>
    <w:p>
      <w:pPr>
        <w:spacing w:before="440"/>
        <w:jc w:val="center"/>
      </w:pPr>
      <w:r>
        <w:rPr>
          <w:rFonts w:ascii="Calibri" w:hAnsi="Calibri" w:eastAsia="Calibri"/>
          <w:i/>
          <w:color w:val="5E6A73"/>
          <w:sz w:val="20"/>
        </w:rPr>
        <w:t>Evidence-led | Tool-aware | Implementation-ready</w:t>
      </w:r>
    </w:p>
    <w:p>
      <w:pPr>
        <w:spacing w:before="1400" w:after="0"/>
        <w:jc w:val="center"/>
      </w:pPr>
      <w:r>
        <w:rPr>
          <w:rFonts w:ascii="Calibri" w:hAnsi="Calibri" w:eastAsia="Calibri"/>
          <w:color w:val="5E6A73"/>
          <w:sz w:val="19"/>
        </w:rPr>
        <w:t>Guidance checked 8 August 2026</w:t>
      </w:r>
    </w:p>
    <w:p>
      <w:r>
        <w:br w:type="page"/>
      </w:r>
    </w:p>
    <w:p>
      <w:pPr>
        <w:pStyle w:val="Heading1"/>
      </w:pPr>
      <w:r>
        <w:t>How to Use This Guide</w:t>
      </w:r>
    </w:p>
    <w:p>
      <w:pPr>
        <w:pStyle w:val="Lead"/>
      </w:pPr>
      <w:r>
        <w:t>Each prompt is designed to be pasted into a capable AI assistant. Replace every bracketed field, attach the strongest available evidence, and keep the requested evidence rules intact.</w:t>
      </w:r>
    </w:p>
    <w:p>
      <w:pPr>
        <w:numPr>
          <w:ilvl w:val="0"/>
          <w:numId w:val="10"/>
        </w:numPr>
      </w:pPr>
      <w:r>
        <w:t>Choose the narrowest prompt that matches the job. Start with the Master prompt only when you need an end-to-end output.</w:t>
      </w:r>
    </w:p>
    <w:p>
      <w:pPr>
        <w:numPr>
          <w:ilvl w:val="0"/>
          <w:numId w:val="10"/>
        </w:numPr>
      </w:pPr>
      <w:r>
        <w:t>Complete the Project Input Block. If data is unavailable, write NONE rather than leaving the model to guess.</w:t>
      </w:r>
    </w:p>
    <w:p>
      <w:pPr>
        <w:numPr>
          <w:ilvl w:val="0"/>
          <w:numId w:val="10"/>
        </w:numPr>
      </w:pPr>
      <w:r>
        <w:t>Paste the prompt and relevant files. For live-site or current-SERP work, use an assistant with browsing or SEO-tool access.</w:t>
      </w:r>
    </w:p>
    <w:p>
      <w:pPr>
        <w:numPr>
          <w:ilvl w:val="0"/>
          <w:numId w:val="10"/>
        </w:numPr>
      </w:pPr>
      <w:r>
        <w:t>Review assumptions, data gaps, and confidence before implementation. Treat AI output as analysis to verify, not automatic truth.</w:t>
      </w:r>
    </w:p>
    <w:p>
      <w:pPr>
        <w:pStyle w:val="Heading1"/>
      </w:pPr>
      <w:r>
        <w:t>Project Input Block</w:t>
      </w:r>
    </w:p>
    <w:p>
      <w:r>
        <w:rPr>
          <w:i/>
        </w:rPr>
        <w:t>Complete once, then paste the relevant values into any prompt.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700"/>
        <w:gridCol w:w="6660"/>
      </w:tblGrid>
      <w:tr>
        <w:trPr>
          <w:trHeight w:hRule="atLeast"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E8EEF5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Field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E8EEF5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Replace with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Website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[URL]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Business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[BUSINESS / ORGANIZATION / OFFER]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Topic risk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[GENERAL / HEALTH / FINANCE / LEGAL / SAFETY / OTHER]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Authors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[AUTHOR / REVIEWER / SME LIST]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Proof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[EXPERIENCE / DATA / CREDENTIALS / CASES / POLICIES]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Reputation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[REVIEWS / MENTIONS / AWARDS / COMPLAINTS]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Entity data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[NAP / PROFILES / REGISTRIES / IDENTIFIERS]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Constraints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[PRIVACY / LEGAL / REGULATORY / BRAND]</w:t>
            </w:r>
          </w:p>
        </w:tc>
      </w:tr>
    </w:tbl>
    <w:p>
      <w:pPr>
        <w:pStyle w:val="Heading1"/>
      </w:pPr>
      <w:r>
        <w:t>Prompt Index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650"/>
        <w:gridCol w:w="3500"/>
        <w:gridCol w:w="5210"/>
      </w:tblGrid>
      <w:tr>
        <w:trPr>
          <w:trHeight w:hRule="atLeast"/>
          <w:tblHeader w:val="true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0B2545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#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0B2545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Prompt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0B2545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Best used when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Master E-E-A-T &amp; Trust Audit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a complete evaluation of experience, expertise, authority, trust, accountability, and reputation across a site.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2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Author Profile &amp; Byline Builder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Content needs transparent, verifiable authorship appropriate to the topic.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3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Expert Reviewer &amp; Editorial Review Workflow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Sensitive or technical content needs qualified review and visible accountability.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4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About, Team &amp; Organization Trust Page Builder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Visitors and search systems need to understand who operates the site and why they are credible.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5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Editorial Policy &amp; Content Methodology Builder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A publisher needs transparent standards for creation, review, corrections, AI use, sourcing, and updates.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6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Source, Citation &amp; Claim Integrity Audit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Content needs stronger evidence and cleaner attribution.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7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First-Hand Experience Signal Builder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A page needs genuine experience, testing, process detail, or real-world context.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8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Original Research &amp; Data Authority Plan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The brand wants defensible first-party research that earns trust, citations, and links.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9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YMYL Trust &amp; Safety Content Audit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Content could affect health, financial stability, legal rights, safety, or major life decisions.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10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Brand Reputation &amp; Third-Party Evidence Audit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to understand what independent sources say about the organization, people, products, or services.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11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Review &amp; Testimonial Integrity System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A business needs trustworthy review collection, display, response, and governance.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12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Trust, Policy &amp; Customer-Service Page Audit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Visitors need clear information about contact, privacy, terms, shipping, returns, refunds, warranties, complaints, or cancellations.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13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Organization &amp; Entity Consistency Audit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Names, addresses, profiles, identifiers, products, people, or relationships are inconsistent across the web.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14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E-E-A-T Structured Data Mapping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accurate machine-readable connections among organizations, people, articles, products, locations, and reviews.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15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Digital PR &amp; Earned Authority Plan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The organization needs legitimate third-party recognition, links, citations, and expert visibility.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16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E-E-A-T Roadmap &amp; Governance Red-Team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have trust-building ideas and need an executable, honest program.</w:t>
            </w:r>
          </w:p>
        </w:tc>
      </w:tr>
    </w:tbl>
    <w:p>
      <w:r>
        <w:br w:type="page"/>
      </w:r>
    </w:p>
    <w:p>
      <w:pPr>
        <w:pStyle w:val="Heading1"/>
      </w:pPr>
      <w:r>
        <w:t>Copy-Ready Prompts</w:t>
      </w:r>
    </w:p>
    <w:p>
      <w:pPr>
        <w:pStyle w:val="Lead"/>
      </w:pPr>
      <w:r>
        <w:t>Replace bracketed inputs. Keep the evidence rules unless you intentionally have a stricter process.</w:t>
      </w:r>
    </w:p>
    <w:p>
      <w:pPr>
        <w:pStyle w:val="Heading2"/>
        <w:keepNext/>
      </w:pPr>
      <w:r>
        <w:t>1. Master E-E-A-T &amp; Trust Audit</w:t>
      </w:r>
    </w:p>
    <w:p>
      <w:pPr>
        <w:pStyle w:val="UseWhen"/>
      </w:pPr>
      <w:r>
        <w:rPr>
          <w:b/>
        </w:rPr>
        <w:t xml:space="preserve">Use when: </w:t>
      </w:r>
      <w:r>
        <w:t>You need a complete evaluation of experience, expertise, authority, trust, accountability, and reputation across a site.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E-E-A-T strategist, editorial governance lead, reputation analyst, entity specialist, and trust-focused SEO reviewer.</w:t>
        <w:br/>
      </w:r>
      <w:r>
        <w:br/>
      </w:r>
      <w:r>
        <w:rPr>
          <w:b/>
          <w:color w:val="1F4D78"/>
        </w:rPr>
        <w:t>OBJECTIVE</w:t>
        <w:br/>
      </w:r>
      <w:r>
        <w:t>You need a complete evaluation of experience, expertise, authority, trust, accountability, and reputation across a site.</w:t>
        <w:br/>
      </w:r>
      <w:r>
        <w:br/>
      </w:r>
      <w:r>
        <w:rPr>
          <w:b/>
          <w:color w:val="1F4D78"/>
        </w:rPr>
        <w:t>CONTEXT AND INPUTS</w:t>
        <w:br/>
      </w:r>
      <w:r>
        <w:t>Website: [URL]</w:t>
        <w:br/>
      </w:r>
      <w:r>
        <w:t>Business: [BUSINESS / ORGANIZATION / OFFER]</w:t>
        <w:br/>
      </w:r>
      <w:r>
        <w:t>Topic risk: [GENERAL / HEALTH / FINANCE / LEGAL / SAFETY / OTHER]</w:t>
        <w:br/>
      </w:r>
      <w:r>
        <w:t>Authors: [AUTHOR / REVIEWER / SME LIST]</w:t>
        <w:br/>
      </w:r>
      <w:r>
        <w:t>Proof: [EXPERIENCE / DATA / CREDENTIALS / CASES / POLICIES]</w:t>
        <w:br/>
      </w:r>
      <w:r>
        <w:t>Reputation: [REVIEWS / MENTIONS / AWARDS / COMPLAINTS]</w:t>
        <w:br/>
      </w:r>
      <w:r>
        <w:t>Entity data: [NAP / PROFILES / REGISTRIES / IDENTIFIERS]</w:t>
        <w:br/>
      </w:r>
      <w:r>
        <w:t>Constraints: [PRIVACY / LEGAL / REGULATORY / BRAND]</w:t>
        <w:br/>
      </w:r>
      <w:r>
        <w:br/>
      </w:r>
      <w:r>
        <w:rPr>
          <w:b/>
          <w:color w:val="1F4D78"/>
        </w:rPr>
        <w:t>TASKS</w:t>
        <w:br/>
      </w:r>
      <w:r>
        <w:t>1. Audit who created content, how it was created, why it exists, author/reviewer qualifications, first-hand experience, sources, policies, contact paths, reputation, reviews, entity consistency, security, and commerce/service transparency.</w:t>
        <w:br/>
      </w:r>
      <w:r>
        <w:t>2. Evaluate requirements by page purpose and topic risk rather than applying one standard everywhere.</w:t>
        <w:br/>
      </w:r>
      <w:r>
        <w:t>3. Separate missing signals from negative evidence and from merely undisclosed evidence.</w:t>
        <w:br/>
      </w:r>
      <w:r>
        <w:t>4. Map recommendations to content, templates, policies, operations, PR, profiles, and governance.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E-E-A-T as a quality and trust framework, not a single score or one technical tag.</w:t>
        <w:br/>
      </w:r>
      <w:r>
        <w:t>7. Never invent credentials, awards, memberships, reviews, customers, experience, research, or third-party recognition.</w:t>
        <w:br/>
      </w:r>
      <w:r>
        <w:t>8. Trust is the central requirement; stronger claims require stronger evidence and clearer accountability.</w:t>
        <w:br/>
      </w:r>
      <w:r>
        <w:t>9. For YMYL topics, prioritize qualified review, current authoritative sources, limitations, and safe escalation.</w:t>
        <w:br/>
      </w:r>
      <w:r>
        <w:br/>
      </w:r>
      <w:r>
        <w:rPr>
          <w:b/>
          <w:color w:val="1F4D78"/>
        </w:rPr>
        <w:t>OUTPUT FORMAT</w:t>
        <w:br/>
      </w:r>
      <w:r>
        <w:t>1. E-E-A-T scorecard by page type</w:t>
        <w:br/>
      </w:r>
      <w:r>
        <w:t>2. Trust risks</w:t>
        <w:br/>
      </w:r>
      <w:r>
        <w:t>3. Evidence inventory</w:t>
        <w:br/>
      </w:r>
      <w:r>
        <w:t>4. Reputation/entity gaps</w:t>
        <w:br/>
      </w:r>
      <w:r>
        <w:t>5. Prioritized roadmap</w:t>
        <w:br/>
      </w:r>
      <w:r>
        <w:t>6. Owners and verification steps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2. Author Profile &amp; Byline Builder</w:t>
      </w:r>
    </w:p>
    <w:p>
      <w:pPr>
        <w:pStyle w:val="UseWhen"/>
      </w:pPr>
      <w:r>
        <w:rPr>
          <w:b/>
        </w:rPr>
        <w:t xml:space="preserve">Use when: </w:t>
      </w:r>
      <w:r>
        <w:t>Content needs transparent, verifiable authorship appropriate to the topic.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E-E-A-T strategist, editorial governance lead, reputation analyst, entity specialist, and trust-focused SEO reviewer.</w:t>
        <w:br/>
      </w:r>
      <w:r>
        <w:br/>
      </w:r>
      <w:r>
        <w:rPr>
          <w:b/>
          <w:color w:val="1F4D78"/>
        </w:rPr>
        <w:t>OBJECTIVE</w:t>
        <w:br/>
      </w:r>
      <w:r>
        <w:t>Content needs transparent, verifiable authorship appropriate to the topic.</w:t>
        <w:br/>
      </w:r>
      <w:r>
        <w:br/>
      </w:r>
      <w:r>
        <w:rPr>
          <w:b/>
          <w:color w:val="1F4D78"/>
        </w:rPr>
        <w:t>CONTEXT AND INPUTS</w:t>
        <w:br/>
      </w:r>
      <w:r>
        <w:t>Website: [URL]</w:t>
        <w:br/>
      </w:r>
      <w:r>
        <w:t>Business: [BUSINESS / ORGANIZATION / OFFER]</w:t>
        <w:br/>
      </w:r>
      <w:r>
        <w:t>Topic risk: [GENERAL / HEALTH / FINANCE / LEGAL / SAFETY / OTHER]</w:t>
        <w:br/>
      </w:r>
      <w:r>
        <w:t>Authors: [AUTHOR / REVIEWER / SME LIST]</w:t>
        <w:br/>
      </w:r>
      <w:r>
        <w:t>Proof: [EXPERIENCE / DATA / CREDENTIALS / CASES / POLICIES]</w:t>
        <w:br/>
      </w:r>
      <w:r>
        <w:t>Reputation: [REVIEWS / MENTIONS / AWARDS / COMPLAINTS]</w:t>
        <w:br/>
      </w:r>
      <w:r>
        <w:t>Entity data: [NAP / PROFILES / REGISTRIES / IDENTIFIERS]</w:t>
        <w:br/>
      </w:r>
      <w:r>
        <w:t>Constraints: [PRIVACY / LEGAL / REGULATORY / BRAND]</w:t>
        <w:br/>
      </w:r>
      <w:r>
        <w:t>Additional input: [AUTHOR CV / LICENSE LINKS / WORK SAMPLES / APPROVED BIO FACTS]</w:t>
        <w:br/>
      </w:r>
      <w:r>
        <w:br/>
      </w:r>
      <w:r>
        <w:rPr>
          <w:b/>
          <w:color w:val="1F4D78"/>
        </w:rPr>
        <w:t>TASKS</w:t>
        <w:br/>
      </w:r>
      <w:r>
        <w:t>1. Collect the author's real role, relevant education, credentials, licenses, experience, specialties, work samples, disclosures, and contact/profile links.</w:t>
        <w:br/>
      </w:r>
      <w:r>
        <w:t>2. Match qualifications to the specific topics they cover and avoid irrelevant credential inflation.</w:t>
        <w:br/>
      </w:r>
      <w:r>
        <w:t>3. Draft short byline, author bio, full profile, and reviewer relationship using verified facts only.</w:t>
        <w:br/>
      </w:r>
      <w:r>
        <w:t>4. Identify claims that require documentation or removal.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E-E-A-T as a quality and trust framework, not a single score or one technical tag.</w:t>
        <w:br/>
      </w:r>
      <w:r>
        <w:t>7. Never invent credentials, awards, memberships, reviews, customers, experience, research, or third-party recognition.</w:t>
        <w:br/>
      </w:r>
      <w:r>
        <w:t>8. Trust is the central requirement; stronger claims require stronger evidence and clearer accountability.</w:t>
        <w:br/>
      </w:r>
      <w:r>
        <w:t>9. For YMYL topics, prioritize qualified review, current authoritative sources, limitations, and safe escalation.</w:t>
        <w:br/>
      </w:r>
      <w:r>
        <w:br/>
      </w:r>
      <w:r>
        <w:rPr>
          <w:b/>
          <w:color w:val="1F4D78"/>
        </w:rPr>
        <w:t>OUTPUT FORMAT</w:t>
        <w:br/>
      </w:r>
      <w:r>
        <w:t>1. Short and full author bios</w:t>
        <w:br/>
      </w:r>
      <w:r>
        <w:t>2. Topic qualification map</w:t>
        <w:br/>
      </w:r>
      <w:r>
        <w:t>3. Verification checklist</w:t>
        <w:br/>
      </w:r>
      <w:r>
        <w:t>4. Profile fields</w:t>
        <w:br/>
      </w:r>
      <w:r>
        <w:t>5. Disclosure and update guidance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3. Expert Reviewer &amp; Editorial Review Workflow</w:t>
      </w:r>
    </w:p>
    <w:p>
      <w:pPr>
        <w:pStyle w:val="UseWhen"/>
      </w:pPr>
      <w:r>
        <w:rPr>
          <w:b/>
        </w:rPr>
        <w:t xml:space="preserve">Use when: </w:t>
      </w:r>
      <w:r>
        <w:t>Sensitive or technical content needs qualified review and visible accountability.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E-E-A-T strategist, editorial governance lead, reputation analyst, entity specialist, and trust-focused SEO reviewer.</w:t>
        <w:br/>
      </w:r>
      <w:r>
        <w:br/>
      </w:r>
      <w:r>
        <w:rPr>
          <w:b/>
          <w:color w:val="1F4D78"/>
        </w:rPr>
        <w:t>OBJECTIVE</w:t>
        <w:br/>
      </w:r>
      <w:r>
        <w:t>Sensitive or technical content needs qualified review and visible accountability.</w:t>
        <w:br/>
      </w:r>
      <w:r>
        <w:br/>
      </w:r>
      <w:r>
        <w:rPr>
          <w:b/>
          <w:color w:val="1F4D78"/>
        </w:rPr>
        <w:t>CONTEXT AND INPUTS</w:t>
        <w:br/>
      </w:r>
      <w:r>
        <w:t>Website: [URL]</w:t>
        <w:br/>
      </w:r>
      <w:r>
        <w:t>Business: [BUSINESS / ORGANIZATION / OFFER]</w:t>
        <w:br/>
      </w:r>
      <w:r>
        <w:t>Topic risk: [GENERAL / HEALTH / FINANCE / LEGAL / SAFETY / OTHER]</w:t>
        <w:br/>
      </w:r>
      <w:r>
        <w:t>Authors: [AUTHOR / REVIEWER / SME LIST]</w:t>
        <w:br/>
      </w:r>
      <w:r>
        <w:t>Proof: [EXPERIENCE / DATA / CREDENTIALS / CASES / POLICIES]</w:t>
        <w:br/>
      </w:r>
      <w:r>
        <w:t>Reputation: [REVIEWS / MENTIONS / AWARDS / COMPLAINTS]</w:t>
        <w:br/>
      </w:r>
      <w:r>
        <w:t>Entity data: [NAP / PROFILES / REGISTRIES / IDENTIFIERS]</w:t>
        <w:br/>
      </w:r>
      <w:r>
        <w:t>Constraints: [PRIVACY / LEGAL / REGULATORY / BRAND]</w:t>
        <w:br/>
      </w:r>
      <w:r>
        <w:t>Additional input: [TOPIC TYPES / STAFF / REGULATORY REQUIREMENTS / CMS WORKFLOW]</w:t>
        <w:br/>
      </w:r>
      <w:r>
        <w:br/>
      </w:r>
      <w:r>
        <w:rPr>
          <w:b/>
          <w:color w:val="1F4D78"/>
        </w:rPr>
        <w:t>TASKS</w:t>
        <w:br/>
      </w:r>
      <w:r>
        <w:t>1. Define which topics require expert review, legal/compliance review, fact-checking, or routine editorial review.</w:t>
        <w:br/>
      </w:r>
      <w:r>
        <w:t>2. Set reviewer qualifications, conflict-of-interest rules, source standards, version control, signoff, and re-review triggers.</w:t>
        <w:br/>
      </w:r>
      <w:r>
        <w:t>3. Design visible reviewer/date disclosures that accurately reflect the process.</w:t>
        <w:br/>
      </w:r>
      <w:r>
        <w:t>4. Prevent nominal review where the named expert did not assess the final content.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E-E-A-T as a quality and trust framework, not a single score or one technical tag.</w:t>
        <w:br/>
      </w:r>
      <w:r>
        <w:t>7. Never invent credentials, awards, memberships, reviews, customers, experience, research, or third-party recognition.</w:t>
        <w:br/>
      </w:r>
      <w:r>
        <w:t>8. Trust is the central requirement; stronger claims require stronger evidence and clearer accountability.</w:t>
        <w:br/>
      </w:r>
      <w:r>
        <w:t>9. For YMYL topics, prioritize qualified review, current authoritative sources, limitations, and safe escalation.</w:t>
        <w:br/>
      </w:r>
      <w:r>
        <w:br/>
      </w:r>
      <w:r>
        <w:rPr>
          <w:b/>
          <w:color w:val="1F4D78"/>
        </w:rPr>
        <w:t>OUTPUT FORMAT</w:t>
        <w:br/>
      </w:r>
      <w:r>
        <w:t>1. Risk-tier matrix</w:t>
        <w:br/>
      </w:r>
      <w:r>
        <w:t>2. Review workflow</w:t>
        <w:br/>
      </w:r>
      <w:r>
        <w:t>3. RACI</w:t>
        <w:br/>
      </w:r>
      <w:r>
        <w:t>4. Reviewer disclosure template</w:t>
        <w:br/>
      </w:r>
      <w:r>
        <w:t>5. Re-review schedule</w:t>
        <w:br/>
      </w:r>
      <w:r>
        <w:t>6. Audit trail requirements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4. About, Team &amp; Organization Trust Page Builder</w:t>
      </w:r>
    </w:p>
    <w:p>
      <w:pPr>
        <w:pStyle w:val="UseWhen"/>
      </w:pPr>
      <w:r>
        <w:rPr>
          <w:b/>
        </w:rPr>
        <w:t xml:space="preserve">Use when: </w:t>
      </w:r>
      <w:r>
        <w:t>Visitors and search systems need to understand who operates the site and why they are credible.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E-E-A-T strategist, editorial governance lead, reputation analyst, entity specialist, and trust-focused SEO reviewer.</w:t>
        <w:br/>
      </w:r>
      <w:r>
        <w:br/>
      </w:r>
      <w:r>
        <w:rPr>
          <w:b/>
          <w:color w:val="1F4D78"/>
        </w:rPr>
        <w:t>OBJECTIVE</w:t>
        <w:br/>
      </w:r>
      <w:r>
        <w:t>Visitors and search systems need to understand who operates the site and why they are credible.</w:t>
        <w:br/>
      </w:r>
      <w:r>
        <w:br/>
      </w:r>
      <w:r>
        <w:rPr>
          <w:b/>
          <w:color w:val="1F4D78"/>
        </w:rPr>
        <w:t>CONTEXT AND INPUTS</w:t>
        <w:br/>
      </w:r>
      <w:r>
        <w:t>Website: [URL]</w:t>
        <w:br/>
      </w:r>
      <w:r>
        <w:t>Business: [BUSINESS / ORGANIZATION / OFFER]</w:t>
        <w:br/>
      </w:r>
      <w:r>
        <w:t>Topic risk: [GENERAL / HEALTH / FINANCE / LEGAL / SAFETY / OTHER]</w:t>
        <w:br/>
      </w:r>
      <w:r>
        <w:t>Authors: [AUTHOR / REVIEWER / SME LIST]</w:t>
        <w:br/>
      </w:r>
      <w:r>
        <w:t>Proof: [EXPERIENCE / DATA / CREDENTIALS / CASES / POLICIES]</w:t>
        <w:br/>
      </w:r>
      <w:r>
        <w:t>Reputation: [REVIEWS / MENTIONS / AWARDS / COMPLAINTS]</w:t>
        <w:br/>
      </w:r>
      <w:r>
        <w:t>Entity data: [NAP / PROFILES / REGISTRIES / IDENTIFIERS]</w:t>
        <w:br/>
      </w:r>
      <w:r>
        <w:t>Constraints: [PRIVACY / LEGAL / REGULATORY / BRAND]</w:t>
        <w:br/>
      </w:r>
      <w:r>
        <w:t>Additional input: [LEGAL NAME / HISTORY / TEAM / LOCATIONS / REGISTRATIONS]</w:t>
        <w:br/>
      </w:r>
      <w:r>
        <w:br/>
      </w:r>
      <w:r>
        <w:rPr>
          <w:b/>
          <w:color w:val="1F4D78"/>
        </w:rPr>
        <w:t>TASKS</w:t>
        <w:br/>
      </w:r>
      <w:r>
        <w:t>1. Collect legal/business identity, mission, history, ownership, team, locations, capabilities, credentials, standards, customers served, media contact, and accountability paths.</w:t>
        <w:br/>
      </w:r>
      <w:r>
        <w:t>2. Separate verified facts from marketing claims.</w:t>
        <w:br/>
      </w:r>
      <w:r>
        <w:t>3. Draft an About page structure plus team/profile requirements.</w:t>
        <w:br/>
      </w:r>
      <w:r>
        <w:t>4. Identify missing proof, inconsistent identities, and privacy-sensitive information that should not be exposed.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E-E-A-T as a quality and trust framework, not a single score or one technical tag.</w:t>
        <w:br/>
      </w:r>
      <w:r>
        <w:t>7. Never invent credentials, awards, memberships, reviews, customers, experience, research, or third-party recognition.</w:t>
        <w:br/>
      </w:r>
      <w:r>
        <w:t>8. Trust is the central requirement; stronger claims require stronger evidence and clearer accountability.</w:t>
        <w:br/>
      </w:r>
      <w:r>
        <w:t>9. For YMYL topics, prioritize qualified review, current authoritative sources, limitations, and safe escalation.</w:t>
        <w:br/>
      </w:r>
      <w:r>
        <w:br/>
      </w:r>
      <w:r>
        <w:rPr>
          <w:b/>
          <w:color w:val="1F4D78"/>
        </w:rPr>
        <w:t>OUTPUT FORMAT</w:t>
        <w:br/>
      </w:r>
      <w:r>
        <w:t>1. About page draft/outline</w:t>
        <w:br/>
      </w:r>
      <w:r>
        <w:t>2. Organization fact block</w:t>
        <w:br/>
      </w:r>
      <w:r>
        <w:t>3. Team/profile plan</w:t>
        <w:br/>
      </w:r>
      <w:r>
        <w:t>4. Proof requirements</w:t>
        <w:br/>
      </w:r>
      <w:r>
        <w:t>5. Entity consistency checklist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5. Editorial Policy &amp; Content Methodology Builder</w:t>
      </w:r>
    </w:p>
    <w:p>
      <w:pPr>
        <w:pStyle w:val="UseWhen"/>
      </w:pPr>
      <w:r>
        <w:rPr>
          <w:b/>
        </w:rPr>
        <w:t xml:space="preserve">Use when: </w:t>
      </w:r>
      <w:r>
        <w:t>A publisher needs transparent standards for creation, review, corrections, AI use, sourcing, and updates.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E-E-A-T strategist, editorial governance lead, reputation analyst, entity specialist, and trust-focused SEO reviewer.</w:t>
        <w:br/>
      </w:r>
      <w:r>
        <w:br/>
      </w:r>
      <w:r>
        <w:rPr>
          <w:b/>
          <w:color w:val="1F4D78"/>
        </w:rPr>
        <w:t>OBJECTIVE</w:t>
        <w:br/>
      </w:r>
      <w:r>
        <w:t>A publisher needs transparent standards for creation, review, corrections, AI use, sourcing, and updates.</w:t>
        <w:br/>
      </w:r>
      <w:r>
        <w:br/>
      </w:r>
      <w:r>
        <w:rPr>
          <w:b/>
          <w:color w:val="1F4D78"/>
        </w:rPr>
        <w:t>CONTEXT AND INPUTS</w:t>
        <w:br/>
      </w:r>
      <w:r>
        <w:t>Website: [URL]</w:t>
        <w:br/>
      </w:r>
      <w:r>
        <w:t>Business: [BUSINESS / ORGANIZATION / OFFER]</w:t>
        <w:br/>
      </w:r>
      <w:r>
        <w:t>Topic risk: [GENERAL / HEALTH / FINANCE / LEGAL / SAFETY / OTHER]</w:t>
        <w:br/>
      </w:r>
      <w:r>
        <w:t>Authors: [AUTHOR / REVIEWER / SME LIST]</w:t>
        <w:br/>
      </w:r>
      <w:r>
        <w:t>Proof: [EXPERIENCE / DATA / CREDENTIALS / CASES / POLICIES]</w:t>
        <w:br/>
      </w:r>
      <w:r>
        <w:t>Reputation: [REVIEWS / MENTIONS / AWARDS / COMPLAINTS]</w:t>
        <w:br/>
      </w:r>
      <w:r>
        <w:t>Entity data: [NAP / PROFILES / REGISTRIES / IDENTIFIERS]</w:t>
        <w:br/>
      </w:r>
      <w:r>
        <w:t>Constraints: [PRIVACY / LEGAL / REGULATORY / BRAND]</w:t>
        <w:br/>
      </w:r>
      <w:r>
        <w:t>Additional input: [CURRENT WORKFLOW / STAFF / LEGAL REQUIREMENTS / AI USE]</w:t>
        <w:br/>
      </w:r>
      <w:r>
        <w:br/>
      </w:r>
      <w:r>
        <w:rPr>
          <w:b/>
          <w:color w:val="1F4D78"/>
        </w:rPr>
        <w:t>TASKS</w:t>
        <w:br/>
      </w:r>
      <w:r>
        <w:t>1. Define audience, editorial independence, author selection, research standards, source hierarchy, expert review, conflicts, sponsorship, AI assistance, corrections, updates, and complaints.</w:t>
        <w:br/>
      </w:r>
      <w:r>
        <w:t>2. Make every claim match the actual workflow; do not draft aspirational controls the team cannot follow.</w:t>
        <w:br/>
      </w:r>
      <w:r>
        <w:t>3. Set ownership, evidence retention, and audit cadence.</w:t>
        <w:br/>
      </w:r>
      <w:r>
        <w:t>4. Create public-facing and internal versions where useful.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E-E-A-T as a quality and trust framework, not a single score or one technical tag.</w:t>
        <w:br/>
      </w:r>
      <w:r>
        <w:t>7. Never invent credentials, awards, memberships, reviews, customers, experience, research, or third-party recognition.</w:t>
        <w:br/>
      </w:r>
      <w:r>
        <w:t>8. Trust is the central requirement; stronger claims require stronger evidence and clearer accountability.</w:t>
        <w:br/>
      </w:r>
      <w:r>
        <w:t>9. For YMYL topics, prioritize qualified review, current authoritative sources, limitations, and safe escalation.</w:t>
        <w:br/>
      </w:r>
      <w:r>
        <w:br/>
      </w:r>
      <w:r>
        <w:rPr>
          <w:b/>
          <w:color w:val="1F4D78"/>
        </w:rPr>
        <w:t>OUTPUT FORMAT</w:t>
        <w:br/>
      </w:r>
      <w:r>
        <w:t>1. Public editorial policy</w:t>
        <w:br/>
      </w:r>
      <w:r>
        <w:t>2. Internal SOP</w:t>
        <w:br/>
      </w:r>
      <w:r>
        <w:t>3. Source hierarchy</w:t>
        <w:br/>
      </w:r>
      <w:r>
        <w:t>4. AI-use disclosure policy</w:t>
        <w:br/>
      </w:r>
      <w:r>
        <w:t>5. Corrections/update workflow</w:t>
        <w:br/>
      </w:r>
      <w:r>
        <w:t>6. Governance owners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6. Source, Citation &amp; Claim Integrity Audit</w:t>
      </w:r>
    </w:p>
    <w:p>
      <w:pPr>
        <w:pStyle w:val="UseWhen"/>
      </w:pPr>
      <w:r>
        <w:rPr>
          <w:b/>
        </w:rPr>
        <w:t xml:space="preserve">Use when: </w:t>
      </w:r>
      <w:r>
        <w:t>Content needs stronger evidence and cleaner attribution.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E-E-A-T strategist, editorial governance lead, reputation analyst, entity specialist, and trust-focused SEO reviewer.</w:t>
        <w:br/>
      </w:r>
      <w:r>
        <w:br/>
      </w:r>
      <w:r>
        <w:rPr>
          <w:b/>
          <w:color w:val="1F4D78"/>
        </w:rPr>
        <w:t>OBJECTIVE</w:t>
        <w:br/>
      </w:r>
      <w:r>
        <w:t>Content needs stronger evidence and cleaner attribution.</w:t>
        <w:br/>
      </w:r>
      <w:r>
        <w:br/>
      </w:r>
      <w:r>
        <w:rPr>
          <w:b/>
          <w:color w:val="1F4D78"/>
        </w:rPr>
        <w:t>CONTEXT AND INPUTS</w:t>
        <w:br/>
      </w:r>
      <w:r>
        <w:t>Website: [URL]</w:t>
        <w:br/>
      </w:r>
      <w:r>
        <w:t>Business: [BUSINESS / ORGANIZATION / OFFER]</w:t>
        <w:br/>
      </w:r>
      <w:r>
        <w:t>Topic risk: [GENERAL / HEALTH / FINANCE / LEGAL / SAFETY / OTHER]</w:t>
        <w:br/>
      </w:r>
      <w:r>
        <w:t>Authors: [AUTHOR / REVIEWER / SME LIST]</w:t>
        <w:br/>
      </w:r>
      <w:r>
        <w:t>Proof: [EXPERIENCE / DATA / CREDENTIALS / CASES / POLICIES]</w:t>
        <w:br/>
      </w:r>
      <w:r>
        <w:t>Reputation: [REVIEWS / MENTIONS / AWARDS / COMPLAINTS]</w:t>
        <w:br/>
      </w:r>
      <w:r>
        <w:t>Entity data: [NAP / PROFILES / REGISTRIES / IDENTIFIERS]</w:t>
        <w:br/>
      </w:r>
      <w:r>
        <w:t>Constraints: [PRIVACY / LEGAL / REGULATORY / BRAND]</w:t>
        <w:br/>
      </w:r>
      <w:r>
        <w:t>Additional input: [PAGE COPY / SOURCE LINKS / ACCESS DATES]</w:t>
        <w:br/>
      </w:r>
      <w:r>
        <w:br/>
      </w:r>
      <w:r>
        <w:rPr>
          <w:b/>
          <w:color w:val="1F4D78"/>
        </w:rPr>
        <w:t>TASKS</w:t>
        <w:br/>
      </w:r>
      <w:r>
        <w:t>1. Inventory factual, comparative, quantitative, health, financial, legal, safety, and outcome claims.</w:t>
        <w:br/>
      </w:r>
      <w:r>
        <w:t>2. Check whether each source is primary, current, authoritative, directly supportive, and cited near the claim.</w:t>
        <w:br/>
      </w:r>
      <w:r>
        <w:t>3. Detect citation laundering, circular sourcing, broken links, outdated statistics, and claims stronger than evidence.</w:t>
        <w:br/>
      </w:r>
      <w:r>
        <w:t>4. Recommend update, qualify, replace, or remove actions.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E-E-A-T as a quality and trust framework, not a single score or one technical tag.</w:t>
        <w:br/>
      </w:r>
      <w:r>
        <w:t>7. Never invent credentials, awards, memberships, reviews, customers, experience, research, or third-party recognition.</w:t>
        <w:br/>
      </w:r>
      <w:r>
        <w:t>8. Trust is the central requirement; stronger claims require stronger evidence and clearer accountability.</w:t>
        <w:br/>
      </w:r>
      <w:r>
        <w:t>9. For YMYL topics, prioritize qualified review, current authoritative sources, limitations, and safe escalation.</w:t>
        <w:br/>
      </w:r>
      <w:r>
        <w:br/>
      </w:r>
      <w:r>
        <w:rPr>
          <w:b/>
          <w:color w:val="1F4D78"/>
        </w:rPr>
        <w:t>OUTPUT FORMAT</w:t>
        <w:br/>
      </w:r>
      <w:r>
        <w:t>1. Claim-source matrix</w:t>
        <w:br/>
      </w:r>
      <w:r>
        <w:t>2. Evidence strength rating</w:t>
        <w:br/>
      </w:r>
      <w:r>
        <w:t>3. Citation defects</w:t>
        <w:br/>
      </w:r>
      <w:r>
        <w:t>4. Replacement source needs</w:t>
        <w:br/>
      </w:r>
      <w:r>
        <w:t>5. Corrected claim language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7. First-Hand Experience Signal Builder</w:t>
      </w:r>
    </w:p>
    <w:p>
      <w:pPr>
        <w:pStyle w:val="UseWhen"/>
      </w:pPr>
      <w:r>
        <w:rPr>
          <w:b/>
        </w:rPr>
        <w:t xml:space="preserve">Use when: </w:t>
      </w:r>
      <w:r>
        <w:t>A page needs genuine experience, testing, process detail, or real-world context.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E-E-A-T strategist, editorial governance lead, reputation analyst, entity specialist, and trust-focused SEO reviewer.</w:t>
        <w:br/>
      </w:r>
      <w:r>
        <w:br/>
      </w:r>
      <w:r>
        <w:rPr>
          <w:b/>
          <w:color w:val="1F4D78"/>
        </w:rPr>
        <w:t>OBJECTIVE</w:t>
        <w:br/>
      </w:r>
      <w:r>
        <w:t>A page needs genuine experience, testing, process detail, or real-world context.</w:t>
        <w:br/>
      </w:r>
      <w:r>
        <w:br/>
      </w:r>
      <w:r>
        <w:rPr>
          <w:b/>
          <w:color w:val="1F4D78"/>
        </w:rPr>
        <w:t>CONTEXT AND INPUTS</w:t>
        <w:br/>
      </w:r>
      <w:r>
        <w:t>Website: [URL]</w:t>
        <w:br/>
      </w:r>
      <w:r>
        <w:t>Business: [BUSINESS / ORGANIZATION / OFFER]</w:t>
        <w:br/>
      </w:r>
      <w:r>
        <w:t>Topic risk: [GENERAL / HEALTH / FINANCE / LEGAL / SAFETY / OTHER]</w:t>
        <w:br/>
      </w:r>
      <w:r>
        <w:t>Authors: [AUTHOR / REVIEWER / SME LIST]</w:t>
        <w:br/>
      </w:r>
      <w:r>
        <w:t>Proof: [EXPERIENCE / DATA / CREDENTIALS / CASES / POLICIES]</w:t>
        <w:br/>
      </w:r>
      <w:r>
        <w:t>Reputation: [REVIEWS / MENTIONS / AWARDS / COMPLAINTS]</w:t>
        <w:br/>
      </w:r>
      <w:r>
        <w:t>Entity data: [NAP / PROFILES / REGISTRIES / IDENTIFIERS]</w:t>
        <w:br/>
      </w:r>
      <w:r>
        <w:t>Constraints: [PRIVACY / LEGAL / REGULATORY / BRAND]</w:t>
        <w:br/>
      </w:r>
      <w:r>
        <w:t>Additional input: [EXPERIENCE NOTES / PHOTOS / TEST DATA / CUSTOMER PERMISSION]</w:t>
        <w:br/>
      </w:r>
      <w:r>
        <w:br/>
      </w:r>
      <w:r>
        <w:rPr>
          <w:b/>
          <w:color w:val="1F4D78"/>
        </w:rPr>
        <w:t>TASKS</w:t>
        <w:br/>
      </w:r>
      <w:r>
        <w:t>1. Inventory actual use, visits, transactions, tests, projects, cases, photos, videos, screenshots, notes, and artifacts.</w:t>
        <w:br/>
      </w:r>
      <w:r>
        <w:t>2. Separate first-hand observation from inference, third-party information, and marketing claims.</w:t>
        <w:br/>
      </w:r>
      <w:r>
        <w:t>3. Design experience modules such as methodology, what we observed, tradeoffs, mistakes, before/after, and limitations.</w:t>
        <w:br/>
      </w:r>
      <w:r>
        <w:t>4. Require consent and anonymization for customer or sensitive examples.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E-E-A-T as a quality and trust framework, not a single score or one technical tag.</w:t>
        <w:br/>
      </w:r>
      <w:r>
        <w:t>7. Never invent credentials, awards, memberships, reviews, customers, experience, research, or third-party recognition.</w:t>
        <w:br/>
      </w:r>
      <w:r>
        <w:t>8. Trust is the central requirement; stronger claims require stronger evidence and clearer accountability.</w:t>
        <w:br/>
      </w:r>
      <w:r>
        <w:t>9. For YMYL topics, prioritize qualified review, current authoritative sources, limitations, and safe escalation.</w:t>
        <w:br/>
      </w:r>
      <w:r>
        <w:br/>
      </w:r>
      <w:r>
        <w:rPr>
          <w:b/>
          <w:color w:val="1F4D78"/>
        </w:rPr>
        <w:t>OUTPUT FORMAT</w:t>
        <w:br/>
      </w:r>
      <w:r>
        <w:t>1. Experience asset inventory</w:t>
        <w:br/>
      </w:r>
      <w:r>
        <w:t>2. Evidence classification</w:t>
        <w:br/>
      </w:r>
      <w:r>
        <w:t>3. Page module plan</w:t>
        <w:br/>
      </w:r>
      <w:r>
        <w:t>4. Artifact/visual brief</w:t>
        <w:br/>
      </w:r>
      <w:r>
        <w:t>5. Consent and verification checklist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8. Original Research &amp; Data Authority Plan</w:t>
      </w:r>
    </w:p>
    <w:p>
      <w:pPr>
        <w:pStyle w:val="UseWhen"/>
      </w:pPr>
      <w:r>
        <w:rPr>
          <w:b/>
        </w:rPr>
        <w:t xml:space="preserve">Use when: </w:t>
      </w:r>
      <w:r>
        <w:t>The brand wants defensible first-party research that earns trust, citations, and links.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E-E-A-T strategist, editorial governance lead, reputation analyst, entity specialist, and trust-focused SEO reviewer.</w:t>
        <w:br/>
      </w:r>
      <w:r>
        <w:br/>
      </w:r>
      <w:r>
        <w:rPr>
          <w:b/>
          <w:color w:val="1F4D78"/>
        </w:rPr>
        <w:t>OBJECTIVE</w:t>
        <w:br/>
      </w:r>
      <w:r>
        <w:t>The brand wants defensible first-party research that earns trust, citations, and links.</w:t>
        <w:br/>
      </w:r>
      <w:r>
        <w:br/>
      </w:r>
      <w:r>
        <w:rPr>
          <w:b/>
          <w:color w:val="1F4D78"/>
        </w:rPr>
        <w:t>CONTEXT AND INPUTS</w:t>
        <w:br/>
      </w:r>
      <w:r>
        <w:t>Website: [URL]</w:t>
        <w:br/>
      </w:r>
      <w:r>
        <w:t>Business: [BUSINESS / ORGANIZATION / OFFER]</w:t>
        <w:br/>
      </w:r>
      <w:r>
        <w:t>Topic risk: [GENERAL / HEALTH / FINANCE / LEGAL / SAFETY / OTHER]</w:t>
        <w:br/>
      </w:r>
      <w:r>
        <w:t>Authors: [AUTHOR / REVIEWER / SME LIST]</w:t>
        <w:br/>
      </w:r>
      <w:r>
        <w:t>Proof: [EXPERIENCE / DATA / CREDENTIALS / CASES / POLICIES]</w:t>
        <w:br/>
      </w:r>
      <w:r>
        <w:t>Reputation: [REVIEWS / MENTIONS / AWARDS / COMPLAINTS]</w:t>
        <w:br/>
      </w:r>
      <w:r>
        <w:t>Entity data: [NAP / PROFILES / REGISTRIES / IDENTIFIERS]</w:t>
        <w:br/>
      </w:r>
      <w:r>
        <w:t>Constraints: [PRIVACY / LEGAL / REGULATORY / BRAND]</w:t>
        <w:br/>
      </w:r>
      <w:r>
        <w:t>Additional input: [AVAILABLE DATA / SAMPLE / PERMISSIONS / RESEARCH BUDGET]</w:t>
        <w:br/>
      </w:r>
      <w:r>
        <w:br/>
      </w:r>
      <w:r>
        <w:rPr>
          <w:b/>
          <w:color w:val="1F4D78"/>
        </w:rPr>
        <w:t>TASKS</w:t>
        <w:br/>
      </w:r>
      <w:r>
        <w:t>1. Define a useful research question, audience, method, sample, variables, limitations, privacy, ethics, analysis, and publication plan.</w:t>
        <w:br/>
      </w:r>
      <w:r>
        <w:t>2. Test whether the available data can support the intended claim.</w:t>
        <w:br/>
      </w:r>
      <w:r>
        <w:t>3. Plan methodology disclosure, data visualization, expert interpretation, downloadable assets, and update cadence.</w:t>
        <w:br/>
      </w:r>
      <w:r>
        <w:t>4. Avoid overstating correlation, representativeness, causation, or statistical certainty.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E-E-A-T as a quality and trust framework, not a single score or one technical tag.</w:t>
        <w:br/>
      </w:r>
      <w:r>
        <w:t>7. Never invent credentials, awards, memberships, reviews, customers, experience, research, or third-party recognition.</w:t>
        <w:br/>
      </w:r>
      <w:r>
        <w:t>8. Trust is the central requirement; stronger claims require stronger evidence and clearer accountability.</w:t>
        <w:br/>
      </w:r>
      <w:r>
        <w:t>9. For YMYL topics, prioritize qualified review, current authoritative sources, limitations, and safe escalation.</w:t>
        <w:br/>
      </w:r>
      <w:r>
        <w:br/>
      </w:r>
      <w:r>
        <w:rPr>
          <w:b/>
          <w:color w:val="1F4D78"/>
        </w:rPr>
        <w:t>OUTPUT FORMAT</w:t>
        <w:br/>
      </w:r>
      <w:r>
        <w:t>1. Research concept</w:t>
        <w:br/>
      </w:r>
      <w:r>
        <w:t>2. Methodology</w:t>
        <w:br/>
      </w:r>
      <w:r>
        <w:t>3. Data requirements</w:t>
        <w:br/>
      </w:r>
      <w:r>
        <w:t>4. Analysis and limitation plan</w:t>
        <w:br/>
      </w:r>
      <w:r>
        <w:t>5. Publication/PR assets</w:t>
        <w:br/>
      </w:r>
      <w:r>
        <w:t>6. Integrity checklist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9. YMYL Trust &amp; Safety Content Audit</w:t>
      </w:r>
    </w:p>
    <w:p>
      <w:pPr>
        <w:pStyle w:val="UseWhen"/>
      </w:pPr>
      <w:r>
        <w:rPr>
          <w:b/>
        </w:rPr>
        <w:t xml:space="preserve">Use when: </w:t>
      </w:r>
      <w:r>
        <w:t>Content could affect health, financial stability, legal rights, safety, or major life decisions.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E-E-A-T strategist, editorial governance lead, reputation analyst, entity specialist, and trust-focused SEO reviewer.</w:t>
        <w:br/>
      </w:r>
      <w:r>
        <w:br/>
      </w:r>
      <w:r>
        <w:rPr>
          <w:b/>
          <w:color w:val="1F4D78"/>
        </w:rPr>
        <w:t>OBJECTIVE</w:t>
        <w:br/>
      </w:r>
      <w:r>
        <w:t>Content could affect health, financial stability, legal rights, safety, or major life decisions.</w:t>
        <w:br/>
      </w:r>
      <w:r>
        <w:br/>
      </w:r>
      <w:r>
        <w:rPr>
          <w:b/>
          <w:color w:val="1F4D78"/>
        </w:rPr>
        <w:t>CONTEXT AND INPUTS</w:t>
        <w:br/>
      </w:r>
      <w:r>
        <w:t>Website: [URL]</w:t>
        <w:br/>
      </w:r>
      <w:r>
        <w:t>Business: [BUSINESS / ORGANIZATION / OFFER]</w:t>
        <w:br/>
      </w:r>
      <w:r>
        <w:t>Topic risk: [GENERAL / HEALTH / FINANCE / LEGAL / SAFETY / OTHER]</w:t>
        <w:br/>
      </w:r>
      <w:r>
        <w:t>Authors: [AUTHOR / REVIEWER / SME LIST]</w:t>
        <w:br/>
      </w:r>
      <w:r>
        <w:t>Proof: [EXPERIENCE / DATA / CREDENTIALS / CASES / POLICIES]</w:t>
        <w:br/>
      </w:r>
      <w:r>
        <w:t>Reputation: [REVIEWS / MENTIONS / AWARDS / COMPLAINTS]</w:t>
        <w:br/>
      </w:r>
      <w:r>
        <w:t>Entity data: [NAP / PROFILES / REGISTRIES / IDENTIFIERS]</w:t>
        <w:br/>
      </w:r>
      <w:r>
        <w:t>Constraints: [PRIVACY / LEGAL / REGULATORY / BRAND]</w:t>
        <w:br/>
      </w:r>
      <w:r>
        <w:t>Additional input: [CONTENT / JURISDICTION / AUTHOR CREDENTIALS / REVIEW PROCESS]</w:t>
        <w:br/>
      </w:r>
      <w:r>
        <w:br/>
      </w:r>
      <w:r>
        <w:rPr>
          <w:b/>
          <w:color w:val="1F4D78"/>
        </w:rPr>
        <w:t>TASKS</w:t>
        <w:br/>
      </w:r>
      <w:r>
        <w:t>1. Classify topic risk and potential harm from inaccuracy, omission, outdated advice, or misplaced certainty.</w:t>
        <w:br/>
      </w:r>
      <w:r>
        <w:t>2. Review creator qualifications, expert oversight, sources, jurisdiction/version, disclaimers, limitations, emergency/escalation guidance, and update cadence.</w:t>
        <w:br/>
      </w:r>
      <w:r>
        <w:t>3. Identify advice that exceeds the site's competence or should be replaced with safer general information.</w:t>
        <w:br/>
      </w:r>
      <w:r>
        <w:t>4. Define mandatory review and removal thresholds.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E-E-A-T as a quality and trust framework, not a single score or one technical tag.</w:t>
        <w:br/>
      </w:r>
      <w:r>
        <w:t>7. Never invent credentials, awards, memberships, reviews, customers, experience, research, or third-party recognition.</w:t>
        <w:br/>
      </w:r>
      <w:r>
        <w:t>8. Trust is the central requirement; stronger claims require stronger evidence and clearer accountability.</w:t>
        <w:br/>
      </w:r>
      <w:r>
        <w:t>9. For YMYL topics, prioritize qualified review, current authoritative sources, limitations, and safe escalation.</w:t>
        <w:br/>
      </w:r>
      <w:r>
        <w:br/>
      </w:r>
      <w:r>
        <w:rPr>
          <w:b/>
          <w:color w:val="1F4D78"/>
        </w:rPr>
        <w:t>OUTPUT FORMAT</w:t>
        <w:br/>
      </w:r>
      <w:r>
        <w:t>1. Risk classification</w:t>
        <w:br/>
      </w:r>
      <w:r>
        <w:t>2. Critical trust defects</w:t>
        <w:br/>
      </w:r>
      <w:r>
        <w:t>3. Expert/source requirements</w:t>
        <w:br/>
      </w:r>
      <w:r>
        <w:t>4. Safer content revisions</w:t>
        <w:br/>
      </w:r>
      <w:r>
        <w:t>5. Review/update schedule</w:t>
        <w:br/>
      </w:r>
      <w:r>
        <w:t>6. Publish/hold decision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10. Brand Reputation &amp; Third-Party Evidence Audit</w:t>
      </w:r>
    </w:p>
    <w:p>
      <w:pPr>
        <w:pStyle w:val="UseWhen"/>
      </w:pPr>
      <w:r>
        <w:rPr>
          <w:b/>
        </w:rPr>
        <w:t xml:space="preserve">Use when: </w:t>
      </w:r>
      <w:r>
        <w:t>You need to understand what independent sources say about the organization, people, products, or services.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E-E-A-T strategist, editorial governance lead, reputation analyst, entity specialist, and trust-focused SEO reviewer.</w:t>
        <w:br/>
      </w:r>
      <w:r>
        <w:br/>
      </w:r>
      <w:r>
        <w:rPr>
          <w:b/>
          <w:color w:val="1F4D78"/>
        </w:rPr>
        <w:t>OBJECTIVE</w:t>
        <w:br/>
      </w:r>
      <w:r>
        <w:t>You need to understand what independent sources say about the organization, people, products, or services.</w:t>
        <w:br/>
      </w:r>
      <w:r>
        <w:br/>
      </w:r>
      <w:r>
        <w:rPr>
          <w:b/>
          <w:color w:val="1F4D78"/>
        </w:rPr>
        <w:t>CONTEXT AND INPUTS</w:t>
        <w:br/>
      </w:r>
      <w:r>
        <w:t>Website: [URL]</w:t>
        <w:br/>
      </w:r>
      <w:r>
        <w:t>Business: [BUSINESS / ORGANIZATION / OFFER]</w:t>
        <w:br/>
      </w:r>
      <w:r>
        <w:t>Topic risk: [GENERAL / HEALTH / FINANCE / LEGAL / SAFETY / OTHER]</w:t>
        <w:br/>
      </w:r>
      <w:r>
        <w:t>Authors: [AUTHOR / REVIEWER / SME LIST]</w:t>
        <w:br/>
      </w:r>
      <w:r>
        <w:t>Proof: [EXPERIENCE / DATA / CREDENTIALS / CASES / POLICIES]</w:t>
        <w:br/>
      </w:r>
      <w:r>
        <w:t>Reputation: [REVIEWS / MENTIONS / AWARDS / COMPLAINTS]</w:t>
        <w:br/>
      </w:r>
      <w:r>
        <w:t>Entity data: [NAP / PROFILES / REGISTRIES / IDENTIFIERS]</w:t>
        <w:br/>
      </w:r>
      <w:r>
        <w:t>Constraints: [PRIVACY / LEGAL / REGULATORY / BRAND]</w:t>
        <w:br/>
      </w:r>
      <w:r>
        <w:t>Additional input: [MENTION / REVIEW / REGISTRY / MEDIA DATA]</w:t>
        <w:br/>
      </w:r>
      <w:r>
        <w:br/>
      </w:r>
      <w:r>
        <w:rPr>
          <w:b/>
          <w:color w:val="1F4D78"/>
        </w:rPr>
        <w:t>TASKS</w:t>
        <w:br/>
      </w:r>
      <w:r>
        <w:t>1. Review supplied reputable news, industry, professional, registry, review, forum, marketplace, and customer evidence.</w:t>
        <w:br/>
      </w:r>
      <w:r>
        <w:t>2. Separate independent reputation from owned content, sponsored placements, syndication, and low-quality mentions.</w:t>
        <w:br/>
      </w:r>
      <w:r>
        <w:t>3. Identify recurring strengths, complaints, controversies, misinformation, and unresolved service issues.</w:t>
        <w:br/>
      </w:r>
      <w:r>
        <w:t>4. Recommend operational, response, profile, PR, and content actions without manufacturing praise.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E-E-A-T as a quality and trust framework, not a single score or one technical tag.</w:t>
        <w:br/>
      </w:r>
      <w:r>
        <w:t>7. Never invent credentials, awards, memberships, reviews, customers, experience, research, or third-party recognition.</w:t>
        <w:br/>
      </w:r>
      <w:r>
        <w:t>8. Trust is the central requirement; stronger claims require stronger evidence and clearer accountability.</w:t>
        <w:br/>
      </w:r>
      <w:r>
        <w:t>9. For YMYL topics, prioritize qualified review, current authoritative sources, limitations, and safe escalation.</w:t>
        <w:br/>
      </w:r>
      <w:r>
        <w:br/>
      </w:r>
      <w:r>
        <w:rPr>
          <w:b/>
          <w:color w:val="1F4D78"/>
        </w:rPr>
        <w:t>OUTPUT FORMAT</w:t>
        <w:br/>
      </w:r>
      <w:r>
        <w:t>1. Reputation evidence map</w:t>
        <w:br/>
      </w:r>
      <w:r>
        <w:t>2. Positive/negative themes</w:t>
        <w:br/>
      </w:r>
      <w:r>
        <w:t>3. Risk and misinformation log</w:t>
        <w:br/>
      </w:r>
      <w:r>
        <w:t>4. Response/remediation plan</w:t>
        <w:br/>
      </w:r>
      <w:r>
        <w:t>5. Earned authority opportunities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11. Review &amp; Testimonial Integrity System</w:t>
      </w:r>
    </w:p>
    <w:p>
      <w:pPr>
        <w:pStyle w:val="UseWhen"/>
      </w:pPr>
      <w:r>
        <w:rPr>
          <w:b/>
        </w:rPr>
        <w:t xml:space="preserve">Use when: </w:t>
      </w:r>
      <w:r>
        <w:t>A business needs trustworthy review collection, display, response, and governance.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E-E-A-T strategist, editorial governance lead, reputation analyst, entity specialist, and trust-focused SEO reviewer.</w:t>
        <w:br/>
      </w:r>
      <w:r>
        <w:br/>
      </w:r>
      <w:r>
        <w:rPr>
          <w:b/>
          <w:color w:val="1F4D78"/>
        </w:rPr>
        <w:t>OBJECTIVE</w:t>
        <w:br/>
      </w:r>
      <w:r>
        <w:t>A business needs trustworthy review collection, display, response, and governance.</w:t>
        <w:br/>
      </w:r>
      <w:r>
        <w:br/>
      </w:r>
      <w:r>
        <w:rPr>
          <w:b/>
          <w:color w:val="1F4D78"/>
        </w:rPr>
        <w:t>CONTEXT AND INPUTS</w:t>
        <w:br/>
      </w:r>
      <w:r>
        <w:t>Website: [URL]</w:t>
        <w:br/>
      </w:r>
      <w:r>
        <w:t>Business: [BUSINESS / ORGANIZATION / OFFER]</w:t>
        <w:br/>
      </w:r>
      <w:r>
        <w:t>Topic risk: [GENERAL / HEALTH / FINANCE / LEGAL / SAFETY / OTHER]</w:t>
        <w:br/>
      </w:r>
      <w:r>
        <w:t>Authors: [AUTHOR / REVIEWER / SME LIST]</w:t>
        <w:br/>
      </w:r>
      <w:r>
        <w:t>Proof: [EXPERIENCE / DATA / CREDENTIALS / CASES / POLICIES]</w:t>
        <w:br/>
      </w:r>
      <w:r>
        <w:t>Reputation: [REVIEWS / MENTIONS / AWARDS / COMPLAINTS]</w:t>
        <w:br/>
      </w:r>
      <w:r>
        <w:t>Entity data: [NAP / PROFILES / REGISTRIES / IDENTIFIERS]</w:t>
        <w:br/>
      </w:r>
      <w:r>
        <w:t>Constraints: [PRIVACY / LEGAL / REGULATORY / BRAND]</w:t>
        <w:br/>
      </w:r>
      <w:r>
        <w:t>Additional input: [REVIEW SOURCES / CURRENT PROCESS / PLATFORM POLICIES]</w:t>
        <w:br/>
      </w:r>
      <w:r>
        <w:br/>
      </w:r>
      <w:r>
        <w:rPr>
          <w:b/>
          <w:color w:val="1F4D78"/>
        </w:rPr>
        <w:t>TASKS</w:t>
        <w:br/>
      </w:r>
      <w:r>
        <w:t>1. Map review platforms, collection triggers, consent, incentives, moderation, verification, display, response, escalation, and retention.</w:t>
        <w:br/>
      </w:r>
      <w:r>
        <w:t>2. Check that testimonials and aggregate ratings are current, attributable, permissioned, and not selectively misleading.</w:t>
        <w:br/>
      </w:r>
      <w:r>
        <w:t>3. Design ethical request and response templates.</w:t>
        <w:br/>
      </w:r>
      <w:r>
        <w:t>4. Flag fake, gated, paid-without-disclosure, or policy-violating practices.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E-E-A-T as a quality and trust framework, not a single score or one technical tag.</w:t>
        <w:br/>
      </w:r>
      <w:r>
        <w:t>7. Never invent credentials, awards, memberships, reviews, customers, experience, research, or third-party recognition.</w:t>
        <w:br/>
      </w:r>
      <w:r>
        <w:t>8. Trust is the central requirement; stronger claims require stronger evidence and clearer accountability.</w:t>
        <w:br/>
      </w:r>
      <w:r>
        <w:t>9. For YMYL topics, prioritize qualified review, current authoritative sources, limitations, and safe escalation.</w:t>
        <w:br/>
      </w:r>
      <w:r>
        <w:br/>
      </w:r>
      <w:r>
        <w:rPr>
          <w:b/>
          <w:color w:val="1F4D78"/>
        </w:rPr>
        <w:t>OUTPUT FORMAT</w:t>
        <w:br/>
      </w:r>
      <w:r>
        <w:t>1. Review governance workflow</w:t>
        <w:br/>
      </w:r>
      <w:r>
        <w:t>2. Collection and response templates</w:t>
        <w:br/>
      </w:r>
      <w:r>
        <w:t>3. Display requirements</w:t>
        <w:br/>
      </w:r>
      <w:r>
        <w:t>4. Risk controls</w:t>
        <w:br/>
      </w:r>
      <w:r>
        <w:t>5. Measurement plan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12. Trust, Policy &amp; Customer-Service Page Audit</w:t>
      </w:r>
    </w:p>
    <w:p>
      <w:pPr>
        <w:pStyle w:val="UseWhen"/>
      </w:pPr>
      <w:r>
        <w:rPr>
          <w:b/>
        </w:rPr>
        <w:t xml:space="preserve">Use when: </w:t>
      </w:r>
      <w:r>
        <w:t>Visitors need clear information about contact, privacy, terms, shipping, returns, refunds, warranties, complaints, or cancellations.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E-E-A-T strategist, editorial governance lead, reputation analyst, entity specialist, and trust-focused SEO reviewer.</w:t>
        <w:br/>
      </w:r>
      <w:r>
        <w:br/>
      </w:r>
      <w:r>
        <w:rPr>
          <w:b/>
          <w:color w:val="1F4D78"/>
        </w:rPr>
        <w:t>OBJECTIVE</w:t>
        <w:br/>
      </w:r>
      <w:r>
        <w:t>Visitors need clear information about contact, privacy, terms, shipping, returns, refunds, warranties, complaints, or cancellations.</w:t>
        <w:br/>
      </w:r>
      <w:r>
        <w:br/>
      </w:r>
      <w:r>
        <w:rPr>
          <w:b/>
          <w:color w:val="1F4D78"/>
        </w:rPr>
        <w:t>CONTEXT AND INPUTS</w:t>
        <w:br/>
      </w:r>
      <w:r>
        <w:t>Website: [URL]</w:t>
        <w:br/>
      </w:r>
      <w:r>
        <w:t>Business: [BUSINESS / ORGANIZATION / OFFER]</w:t>
        <w:br/>
      </w:r>
      <w:r>
        <w:t>Topic risk: [GENERAL / HEALTH / FINANCE / LEGAL / SAFETY / OTHER]</w:t>
        <w:br/>
      </w:r>
      <w:r>
        <w:t>Authors: [AUTHOR / REVIEWER / SME LIST]</w:t>
        <w:br/>
      </w:r>
      <w:r>
        <w:t>Proof: [EXPERIENCE / DATA / CREDENTIALS / CASES / POLICIES]</w:t>
        <w:br/>
      </w:r>
      <w:r>
        <w:t>Reputation: [REVIEWS / MENTIONS / AWARDS / COMPLAINTS]</w:t>
        <w:br/>
      </w:r>
      <w:r>
        <w:t>Entity data: [NAP / PROFILES / REGISTRIES / IDENTIFIERS]</w:t>
        <w:br/>
      </w:r>
      <w:r>
        <w:t>Constraints: [PRIVACY / LEGAL / REGULATORY / BRAND]</w:t>
        <w:br/>
      </w:r>
      <w:r>
        <w:t>Additional input: [POLICY URLS / BUSINESS MODEL / JURISDICTION / SUPPORT PROCESS]</w:t>
        <w:br/>
      </w:r>
      <w:r>
        <w:br/>
      </w:r>
      <w:r>
        <w:rPr>
          <w:b/>
          <w:color w:val="1F4D78"/>
        </w:rPr>
        <w:t>TASKS</w:t>
        <w:br/>
      </w:r>
      <w:r>
        <w:t>1. Inventory required trust and service pages based on the business model and jurisdiction, while noting that legal counsel must confirm legal sufficiency.</w:t>
        <w:br/>
      </w:r>
      <w:r>
        <w:t>2. Check findability, consistency, plain-language clarity, dates, contact paths, response expectations, and alignment with checkout or lead flows.</w:t>
        <w:br/>
      </w:r>
      <w:r>
        <w:t>3. Identify missing, contradictory, copied, or outdated policies.</w:t>
        <w:br/>
      </w:r>
      <w:r>
        <w:t>4. Recommend content and navigation improvements without drafting unauthorized legal advice.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E-E-A-T as a quality and trust framework, not a single score or one technical tag.</w:t>
        <w:br/>
      </w:r>
      <w:r>
        <w:t>7. Never invent credentials, awards, memberships, reviews, customers, experience, research, or third-party recognition.</w:t>
        <w:br/>
      </w:r>
      <w:r>
        <w:t>8. Trust is the central requirement; stronger claims require stronger evidence and clearer accountability.</w:t>
        <w:br/>
      </w:r>
      <w:r>
        <w:t>9. For YMYL topics, prioritize qualified review, current authoritative sources, limitations, and safe escalation.</w:t>
        <w:br/>
      </w:r>
      <w:r>
        <w:br/>
      </w:r>
      <w:r>
        <w:rPr>
          <w:b/>
          <w:color w:val="1F4D78"/>
        </w:rPr>
        <w:t>OUTPUT FORMAT</w:t>
        <w:br/>
      </w:r>
      <w:r>
        <w:t>1. Policy inventory</w:t>
        <w:br/>
      </w:r>
      <w:r>
        <w:t>2. Trust and consistency findings</w:t>
        <w:br/>
      </w:r>
      <w:r>
        <w:t>3. Missing information list</w:t>
        <w:br/>
      </w:r>
      <w:r>
        <w:t>4. Navigation recommendations</w:t>
        <w:br/>
      </w:r>
      <w:r>
        <w:t>5. Legal review questions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13. Organization &amp; Entity Consistency Audit</w:t>
      </w:r>
    </w:p>
    <w:p>
      <w:pPr>
        <w:pStyle w:val="UseWhen"/>
      </w:pPr>
      <w:r>
        <w:rPr>
          <w:b/>
        </w:rPr>
        <w:t xml:space="preserve">Use when: </w:t>
      </w:r>
      <w:r>
        <w:t>Names, addresses, profiles, identifiers, products, people, or relationships are inconsistent across the web.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E-E-A-T strategist, editorial governance lead, reputation analyst, entity specialist, and trust-focused SEO reviewer.</w:t>
        <w:br/>
      </w:r>
      <w:r>
        <w:br/>
      </w:r>
      <w:r>
        <w:rPr>
          <w:b/>
          <w:color w:val="1F4D78"/>
        </w:rPr>
        <w:t>OBJECTIVE</w:t>
        <w:br/>
      </w:r>
      <w:r>
        <w:t>Names, addresses, profiles, identifiers, products, people, or relationships are inconsistent across the web.</w:t>
        <w:br/>
      </w:r>
      <w:r>
        <w:br/>
      </w:r>
      <w:r>
        <w:rPr>
          <w:b/>
          <w:color w:val="1F4D78"/>
        </w:rPr>
        <w:t>CONTEXT AND INPUTS</w:t>
        <w:br/>
      </w:r>
      <w:r>
        <w:t>Website: [URL]</w:t>
        <w:br/>
      </w:r>
      <w:r>
        <w:t>Business: [BUSINESS / ORGANIZATION / OFFER]</w:t>
        <w:br/>
      </w:r>
      <w:r>
        <w:t>Topic risk: [GENERAL / HEALTH / FINANCE / LEGAL / SAFETY / OTHER]</w:t>
        <w:br/>
      </w:r>
      <w:r>
        <w:t>Authors: [AUTHOR / REVIEWER / SME LIST]</w:t>
        <w:br/>
      </w:r>
      <w:r>
        <w:t>Proof: [EXPERIENCE / DATA / CREDENTIALS / CASES / POLICIES]</w:t>
        <w:br/>
      </w:r>
      <w:r>
        <w:t>Reputation: [REVIEWS / MENTIONS / AWARDS / COMPLAINTS]</w:t>
        <w:br/>
      </w:r>
      <w:r>
        <w:t>Entity data: [NAP / PROFILES / REGISTRIES / IDENTIFIERS]</w:t>
        <w:br/>
      </w:r>
      <w:r>
        <w:t>Constraints: [PRIVACY / LEGAL / REGULATORY / BRAND]</w:t>
        <w:br/>
      </w:r>
      <w:r>
        <w:t>Additional input: [PROFILES / REGISTRIES / NAP / BRAND ARCHITECTURE]</w:t>
        <w:br/>
      </w:r>
      <w:r>
        <w:br/>
      </w:r>
      <w:r>
        <w:rPr>
          <w:b/>
          <w:color w:val="1F4D78"/>
        </w:rPr>
        <w:t>TASKS</w:t>
        <w:br/>
      </w:r>
      <w:r>
        <w:t>1. Create a canonical entity record for the organization, brands, locations, key people, products, and parent/subsidiary relationships.</w:t>
        <w:br/>
      </w:r>
      <w:r>
        <w:t>2. Compare website, profiles, registries, directories, social accounts, knowledge panels, feeds, and structured data supplied.</w:t>
        <w:br/>
      </w:r>
      <w:r>
        <w:t>3. Find naming, NAP, URL, logo, category, founding date, description, and relationship conflicts.</w:t>
        <w:br/>
      </w:r>
      <w:r>
        <w:t>4. Assign authoritative sources and update owners for each fact.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E-E-A-T as a quality and trust framework, not a single score or one technical tag.</w:t>
        <w:br/>
      </w:r>
      <w:r>
        <w:t>7. Never invent credentials, awards, memberships, reviews, customers, experience, research, or third-party recognition.</w:t>
        <w:br/>
      </w:r>
      <w:r>
        <w:t>8. Trust is the central requirement; stronger claims require stronger evidence and clearer accountability.</w:t>
        <w:br/>
      </w:r>
      <w:r>
        <w:t>9. For YMYL topics, prioritize qualified review, current authoritative sources, limitations, and safe escalation.</w:t>
        <w:br/>
      </w:r>
      <w:r>
        <w:br/>
      </w:r>
      <w:r>
        <w:rPr>
          <w:b/>
          <w:color w:val="1F4D78"/>
        </w:rPr>
        <w:t>OUTPUT FORMAT</w:t>
        <w:br/>
      </w:r>
      <w:r>
        <w:t>1. Canonical entity record</w:t>
        <w:br/>
      </w:r>
      <w:r>
        <w:t>2. Consistency matrix</w:t>
        <w:br/>
      </w:r>
      <w:r>
        <w:t>3. Conflict list</w:t>
        <w:br/>
      </w:r>
      <w:r>
        <w:t>4. Source-of-truth rules</w:t>
        <w:br/>
      </w:r>
      <w:r>
        <w:t>5. Correction plan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14. E-E-A-T Structured Data Mapping</w:t>
      </w:r>
    </w:p>
    <w:p>
      <w:pPr>
        <w:pStyle w:val="UseWhen"/>
      </w:pPr>
      <w:r>
        <w:rPr>
          <w:b/>
        </w:rPr>
        <w:t xml:space="preserve">Use when: </w:t>
      </w:r>
      <w:r>
        <w:t>You need accurate machine-readable connections among organizations, people, articles, products, locations, and reviews.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E-E-A-T strategist, editorial governance lead, reputation analyst, entity specialist, and trust-focused SEO reviewer.</w:t>
        <w:br/>
      </w:r>
      <w:r>
        <w:br/>
      </w:r>
      <w:r>
        <w:rPr>
          <w:b/>
          <w:color w:val="1F4D78"/>
        </w:rPr>
        <w:t>OBJECTIVE</w:t>
        <w:br/>
      </w:r>
      <w:r>
        <w:t>You need accurate machine-readable connections among organizations, people, articles, products, locations, and reviews.</w:t>
        <w:br/>
      </w:r>
      <w:r>
        <w:br/>
      </w:r>
      <w:r>
        <w:rPr>
          <w:b/>
          <w:color w:val="1F4D78"/>
        </w:rPr>
        <w:t>CONTEXT AND INPUTS</w:t>
        <w:br/>
      </w:r>
      <w:r>
        <w:t>Website: [URL]</w:t>
        <w:br/>
      </w:r>
      <w:r>
        <w:t>Business: [BUSINESS / ORGANIZATION / OFFER]</w:t>
        <w:br/>
      </w:r>
      <w:r>
        <w:t>Topic risk: [GENERAL / HEALTH / FINANCE / LEGAL / SAFETY / OTHER]</w:t>
        <w:br/>
      </w:r>
      <w:r>
        <w:t>Authors: [AUTHOR / REVIEWER / SME LIST]</w:t>
        <w:br/>
      </w:r>
      <w:r>
        <w:t>Proof: [EXPERIENCE / DATA / CREDENTIALS / CASES / POLICIES]</w:t>
        <w:br/>
      </w:r>
      <w:r>
        <w:t>Reputation: [REVIEWS / MENTIONS / AWARDS / COMPLAINTS]</w:t>
        <w:br/>
      </w:r>
      <w:r>
        <w:t>Entity data: [NAP / PROFILES / REGISTRIES / IDENTIFIERS]</w:t>
        <w:br/>
      </w:r>
      <w:r>
        <w:t>Constraints: [PRIVACY / LEGAL / REGULATORY / BRAND]</w:t>
        <w:br/>
      </w:r>
      <w:r>
        <w:t>Additional input: [EXISTING SCHEMA / VERIFIED ENTITY FACTS / PAGE TYPES]</w:t>
        <w:br/>
      </w:r>
      <w:r>
        <w:br/>
      </w:r>
      <w:r>
        <w:rPr>
          <w:b/>
          <w:color w:val="1F4D78"/>
        </w:rPr>
        <w:t>TASKS</w:t>
        <w:br/>
      </w:r>
      <w:r>
        <w:t>1. Map visible verified facts to appropriate schema types, stable IDs, URLs, sameAs references, author, reviewer, publisher, dates, citations, and product/local properties.</w:t>
        <w:br/>
      </w:r>
      <w:r>
        <w:t>2. Check eligibility and page-visible parity.</w:t>
        <w:br/>
      </w:r>
      <w:r>
        <w:t>3. Avoid using markup to assert unverified expertise, awards, ratings, or relationships.</w:t>
        <w:br/>
      </w:r>
      <w:r>
        <w:t>4. Define update ownership and validation tests.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E-E-A-T as a quality and trust framework, not a single score or one technical tag.</w:t>
        <w:br/>
      </w:r>
      <w:r>
        <w:t>7. Never invent credentials, awards, memberships, reviews, customers, experience, research, or third-party recognition.</w:t>
        <w:br/>
      </w:r>
      <w:r>
        <w:t>8. Trust is the central requirement; stronger claims require stronger evidence and clearer accountability.</w:t>
        <w:br/>
      </w:r>
      <w:r>
        <w:t>9. For YMYL topics, prioritize qualified review, current authoritative sources, limitations, and safe escalation.</w:t>
        <w:br/>
      </w:r>
      <w:r>
        <w:br/>
      </w:r>
      <w:r>
        <w:rPr>
          <w:b/>
          <w:color w:val="1F4D78"/>
        </w:rPr>
        <w:t>OUTPUT FORMAT</w:t>
        <w:br/>
      </w:r>
      <w:r>
        <w:t>1. Entity-schema map</w:t>
        <w:br/>
      </w:r>
      <w:r>
        <w:t>2. Property/source mapping</w:t>
        <w:br/>
      </w:r>
      <w:r>
        <w:t>3. JSON-LD implementation notes</w:t>
        <w:br/>
      </w:r>
      <w:r>
        <w:t>4. Unsupported claim warnings</w:t>
        <w:br/>
      </w:r>
      <w:r>
        <w:t>5. Validation and maintenance plan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15. Digital PR &amp; Earned Authority Plan</w:t>
      </w:r>
    </w:p>
    <w:p>
      <w:pPr>
        <w:pStyle w:val="UseWhen"/>
      </w:pPr>
      <w:r>
        <w:rPr>
          <w:b/>
        </w:rPr>
        <w:t xml:space="preserve">Use when: </w:t>
      </w:r>
      <w:r>
        <w:t>The organization needs legitimate third-party recognition, links, citations, and expert visibility.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E-E-A-T strategist, editorial governance lead, reputation analyst, entity specialist, and trust-focused SEO reviewer.</w:t>
        <w:br/>
      </w:r>
      <w:r>
        <w:br/>
      </w:r>
      <w:r>
        <w:rPr>
          <w:b/>
          <w:color w:val="1F4D78"/>
        </w:rPr>
        <w:t>OBJECTIVE</w:t>
        <w:br/>
      </w:r>
      <w:r>
        <w:t>The organization needs legitimate third-party recognition, links, citations, and expert visibility.</w:t>
        <w:br/>
      </w:r>
      <w:r>
        <w:br/>
      </w:r>
      <w:r>
        <w:rPr>
          <w:b/>
          <w:color w:val="1F4D78"/>
        </w:rPr>
        <w:t>CONTEXT AND INPUTS</w:t>
        <w:br/>
      </w:r>
      <w:r>
        <w:t>Website: [URL]</w:t>
        <w:br/>
      </w:r>
      <w:r>
        <w:t>Business: [BUSINESS / ORGANIZATION / OFFER]</w:t>
        <w:br/>
      </w:r>
      <w:r>
        <w:t>Topic risk: [GENERAL / HEALTH / FINANCE / LEGAL / SAFETY / OTHER]</w:t>
        <w:br/>
      </w:r>
      <w:r>
        <w:t>Authors: [AUTHOR / REVIEWER / SME LIST]</w:t>
        <w:br/>
      </w:r>
      <w:r>
        <w:t>Proof: [EXPERIENCE / DATA / CREDENTIALS / CASES / POLICIES]</w:t>
        <w:br/>
      </w:r>
      <w:r>
        <w:t>Reputation: [REVIEWS / MENTIONS / AWARDS / COMPLAINTS]</w:t>
        <w:br/>
      </w:r>
      <w:r>
        <w:t>Entity data: [NAP / PROFILES / REGISTRIES / IDENTIFIERS]</w:t>
        <w:br/>
      </w:r>
      <w:r>
        <w:t>Constraints: [PRIVACY / LEGAL / REGULATORY / BRAND]</w:t>
        <w:br/>
      </w:r>
      <w:r>
        <w:t>Additional input: [EXPERTS / DATA / STORIES / PARTNERS / PR HISTORY]</w:t>
        <w:br/>
      </w:r>
      <w:r>
        <w:br/>
      </w:r>
      <w:r>
        <w:rPr>
          <w:b/>
          <w:color w:val="1F4D78"/>
        </w:rPr>
        <w:t>TASKS</w:t>
        <w:br/>
      </w:r>
      <w:r>
        <w:t>1. Inventory real experts, data, cases, tools, community work, partnerships, local relevance, and timely insights.</w:t>
        <w:br/>
      </w:r>
      <w:r>
        <w:t>2. Match assets to credible journalists, publishers, associations, communities, podcasts, events, and resource pages.</w:t>
        <w:br/>
      </w:r>
      <w:r>
        <w:t>3. Design newsworthy angles and proof requirements without manufactured stories or inauthentic mentions.</w:t>
        <w:br/>
      </w:r>
      <w:r>
        <w:t>4. Define outreach, spokesperson, approval, measurement, and reputation-risk processes.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E-E-A-T as a quality and trust framework, not a single score or one technical tag.</w:t>
        <w:br/>
      </w:r>
      <w:r>
        <w:t>7. Never invent credentials, awards, memberships, reviews, customers, experience, research, or third-party recognition.</w:t>
        <w:br/>
      </w:r>
      <w:r>
        <w:t>8. Trust is the central requirement; stronger claims require stronger evidence and clearer accountability.</w:t>
        <w:br/>
      </w:r>
      <w:r>
        <w:t>9. For YMYL topics, prioritize qualified review, current authoritative sources, limitations, and safe escalation.</w:t>
        <w:br/>
      </w:r>
      <w:r>
        <w:br/>
      </w:r>
      <w:r>
        <w:rPr>
          <w:b/>
          <w:color w:val="1F4D78"/>
        </w:rPr>
        <w:t>OUTPUT FORMAT</w:t>
        <w:br/>
      </w:r>
      <w:r>
        <w:t>1. Authority asset inventory</w:t>
        <w:br/>
      </w:r>
      <w:r>
        <w:t>2. Audience/outlet map</w:t>
        <w:br/>
      </w:r>
      <w:r>
        <w:t>3. Campaign concepts</w:t>
        <w:br/>
      </w:r>
      <w:r>
        <w:t>4. Proof and spokesperson plan</w:t>
        <w:br/>
      </w:r>
      <w:r>
        <w:t>5. Ethical outreach workflow</w:t>
        <w:br/>
      </w:r>
      <w:r>
        <w:t>6. KPIs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16. E-E-A-T Roadmap &amp; Governance Red-Team</w:t>
      </w:r>
    </w:p>
    <w:p>
      <w:pPr>
        <w:pStyle w:val="UseWhen"/>
      </w:pPr>
      <w:r>
        <w:rPr>
          <w:b/>
        </w:rPr>
        <w:t xml:space="preserve">Use when: </w:t>
      </w:r>
      <w:r>
        <w:t>You have trust-building ideas and need an executable, honest program.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E-E-A-T strategist, editorial governance lead, reputation analyst, entity specialist, and trust-focused SEO reviewer.</w:t>
        <w:br/>
      </w:r>
      <w:r>
        <w:br/>
      </w:r>
      <w:r>
        <w:rPr>
          <w:b/>
          <w:color w:val="1F4D78"/>
        </w:rPr>
        <w:t>OBJECTIVE</w:t>
        <w:br/>
      </w:r>
      <w:r>
        <w:t>You have trust-building ideas and need an executable, honest program.</w:t>
        <w:br/>
      </w:r>
      <w:r>
        <w:br/>
      </w:r>
      <w:r>
        <w:rPr>
          <w:b/>
          <w:color w:val="1F4D78"/>
        </w:rPr>
        <w:t>CONTEXT AND INPUTS</w:t>
        <w:br/>
      </w:r>
      <w:r>
        <w:t>Website: [URL]</w:t>
        <w:br/>
      </w:r>
      <w:r>
        <w:t>Business: [BUSINESS / ORGANIZATION / OFFER]</w:t>
        <w:br/>
      </w:r>
      <w:r>
        <w:t>Topic risk: [GENERAL / HEALTH / FINANCE / LEGAL / SAFETY / OTHER]</w:t>
        <w:br/>
      </w:r>
      <w:r>
        <w:t>Authors: [AUTHOR / REVIEWER / SME LIST]</w:t>
        <w:br/>
      </w:r>
      <w:r>
        <w:t>Proof: [EXPERIENCE / DATA / CREDENTIALS / CASES / POLICIES]</w:t>
        <w:br/>
      </w:r>
      <w:r>
        <w:t>Reputation: [REVIEWS / MENTIONS / AWARDS / COMPLAINTS]</w:t>
        <w:br/>
      </w:r>
      <w:r>
        <w:t>Entity data: [NAP / PROFILES / REGISTRIES / IDENTIFIERS]</w:t>
        <w:br/>
      </w:r>
      <w:r>
        <w:t>Constraints: [PRIVACY / LEGAL / REGULATORY / BRAND]</w:t>
        <w:br/>
      </w:r>
      <w:r>
        <w:t>Additional input: [DRAFT EEAT PLAN / TEAM / POLICIES / BUDGET]</w:t>
        <w:br/>
      </w:r>
      <w:r>
        <w:br/>
      </w:r>
      <w:r>
        <w:rPr>
          <w:b/>
          <w:color w:val="1F4D78"/>
        </w:rPr>
        <w:t>TASKS</w:t>
        <w:br/>
      </w:r>
      <w:r>
        <w:t>1. Challenge every recommendation for authenticity, evidence, operational feasibility, privacy, legal risk, and user value.</w:t>
        <w:br/>
      </w:r>
      <w:r>
        <w:t>2. Prioritize immediate trust defects, foundational systems, page improvements, reputation work, and long-term authority assets.</w:t>
        <w:br/>
      </w:r>
      <w:r>
        <w:t>3. Assign owners, evidence, acceptance criteria, re-verification, and public disclosures.</w:t>
        <w:br/>
      </w:r>
      <w:r>
        <w:t>4. Remove cosmetic signals that do not reflect real expertise or accountability.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E-E-A-T as a quality and trust framework, not a single score or one technical tag.</w:t>
        <w:br/>
      </w:r>
      <w:r>
        <w:t>7. Never invent credentials, awards, memberships, reviews, customers, experience, research, or third-party recognition.</w:t>
        <w:br/>
      </w:r>
      <w:r>
        <w:t>8. Trust is the central requirement; stronger claims require stronger evidence and clearer accountability.</w:t>
        <w:br/>
      </w:r>
      <w:r>
        <w:t>9. For YMYL topics, prioritize qualified review, current authoritative sources, limitations, and safe escalation.</w:t>
        <w:br/>
      </w:r>
      <w:r>
        <w:br/>
      </w:r>
      <w:r>
        <w:rPr>
          <w:b/>
          <w:color w:val="1F4D78"/>
        </w:rPr>
        <w:t>OUTPUT FORMAT</w:t>
        <w:br/>
      </w:r>
      <w:r>
        <w:t>1. Red-team findings</w:t>
        <w:br/>
      </w:r>
      <w:r>
        <w:t>2. Prioritized roadmap</w:t>
        <w:br/>
      </w:r>
      <w:r>
        <w:t>3. RACI and governance</w:t>
        <w:br/>
      </w:r>
      <w:r>
        <w:t>4. Evidence register</w:t>
        <w:br/>
      </w:r>
      <w:r>
        <w:t>5. Acceptance criteria</w:t>
        <w:br/>
      </w:r>
      <w:r>
        <w:t>6. Quarterly trust review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1"/>
      </w:pPr>
      <w:r>
        <w:t>Official Guidance Foundation</w:t>
      </w:r>
    </w:p>
    <w:p>
      <w:pPr>
        <w:pStyle w:val="Lead"/>
      </w:pPr>
      <w:r>
        <w:t>These prompts are source-informed, not copied from the guidance. Platform features and controls change; verify the linked official documentation before high-impact implementation.</w:t>
      </w:r>
    </w:p>
    <w:p>
      <w:pPr>
        <w:numPr>
          <w:ilvl w:val="0"/>
          <w:numId w:val="11"/>
        </w:numPr>
      </w:pPr>
      <w:hyperlink r:id="rId11">
        <w:r>
          <w:rPr>
            <w:rStyle w:val="Hyperlink"/>
            <w:color w:val="2E74B5"/>
            <w:u w:val="single"/>
          </w:rPr>
          <w:t>Creating helpful, reliable, people-first content</w:t>
        </w:r>
      </w:hyperlink>
      <w:r>
        <w:rPr>
          <w:rFonts w:ascii="Calibri" w:hAnsi="Calibri" w:eastAsia="Calibri"/>
          <w:color w:val="1E252B"/>
          <w:sz w:val="21"/>
        </w:rPr>
        <w:t xml:space="preserve"> - Self-assessment for usefulness, reliability, expertise, and audience value.</w:t>
      </w:r>
    </w:p>
    <w:p>
      <w:pPr>
        <w:numPr>
          <w:ilvl w:val="0"/>
          <w:numId w:val="11"/>
        </w:numPr>
      </w:pPr>
      <w:hyperlink r:id="rId12">
        <w:r>
          <w:rPr>
            <w:rStyle w:val="Hyperlink"/>
            <w:color w:val="2E74B5"/>
            <w:u w:val="single"/>
          </w:rPr>
          <w:t>Google Search Quality Rater Guidelines</w:t>
        </w:r>
      </w:hyperlink>
      <w:r>
        <w:rPr>
          <w:rFonts w:ascii="Calibri" w:hAnsi="Calibri" w:eastAsia="Calibri"/>
          <w:color w:val="1E252B"/>
          <w:sz w:val="21"/>
        </w:rPr>
        <w:t xml:space="preserve"> - Evaluation concepts for page quality, trust, reputation, experience, and YMYL topics.</w:t>
      </w:r>
    </w:p>
    <w:p>
      <w:pPr>
        <w:numPr>
          <w:ilvl w:val="0"/>
          <w:numId w:val="11"/>
        </w:numPr>
      </w:pPr>
      <w:hyperlink r:id="rId13">
        <w:r>
          <w:rPr>
            <w:rStyle w:val="Hyperlink"/>
            <w:color w:val="2E74B5"/>
            <w:u w:val="single"/>
          </w:rPr>
          <w:t>Introduction to structured data</w:t>
        </w:r>
      </w:hyperlink>
      <w:r>
        <w:rPr>
          <w:rFonts w:ascii="Calibri" w:hAnsi="Calibri" w:eastAsia="Calibri"/>
          <w:color w:val="1E252B"/>
          <w:sz w:val="21"/>
        </w:rPr>
        <w:t xml:space="preserve"> - Eligibility, complete properties, validation, and accurate page-visible markup.</w:t>
      </w:r>
    </w:p>
    <w:p>
      <w:pPr>
        <w:numPr>
          <w:ilvl w:val="0"/>
          <w:numId w:val="11"/>
        </w:numPr>
      </w:pPr>
      <w:hyperlink r:id="rId14">
        <w:r>
          <w:rPr>
            <w:rStyle w:val="Hyperlink"/>
            <w:color w:val="2E74B5"/>
            <w:u w:val="single"/>
          </w:rPr>
          <w:t>Google Search Essentials</w:t>
        </w:r>
      </w:hyperlink>
      <w:r>
        <w:rPr>
          <w:rFonts w:ascii="Calibri" w:hAnsi="Calibri" w:eastAsia="Calibri"/>
          <w:color w:val="1E252B"/>
          <w:sz w:val="21"/>
        </w:rPr>
        <w:t xml:space="preserve"> - Technical eligibility, spam policies, and key SEO practices.</w:t>
      </w:r>
    </w:p>
    <w:p>
      <w:pPr>
        <w:pStyle w:val="Heading1"/>
      </w:pPr>
      <w:r>
        <w:t>Universal Quality Gate</w:t>
      </w:r>
    </w:p>
    <w:p>
      <w:pPr>
        <w:numPr>
          <w:ilvl w:val="0"/>
          <w:numId w:val="12"/>
        </w:numPr>
      </w:pPr>
      <w:r>
        <w:t>Is every material claim supported by an accessible source, dataset, page, or named stakeholder?</w:t>
      </w:r>
    </w:p>
    <w:p>
      <w:pPr>
        <w:numPr>
          <w:ilvl w:val="0"/>
          <w:numId w:val="12"/>
        </w:numPr>
      </w:pPr>
      <w:r>
        <w:t>Are facts, calculations, hypotheses, and recommendations clearly separated?</w:t>
      </w:r>
    </w:p>
    <w:p>
      <w:pPr>
        <w:numPr>
          <w:ilvl w:val="0"/>
          <w:numId w:val="12"/>
        </w:numPr>
      </w:pPr>
      <w:r>
        <w:t>Did the output avoid invented metrics, fake access, guarantees, manipulative tactics, and unsupported platform claims?</w:t>
      </w:r>
    </w:p>
    <w:p>
      <w:pPr>
        <w:numPr>
          <w:ilvl w:val="0"/>
          <w:numId w:val="12"/>
        </w:numPr>
      </w:pPr>
      <w:r>
        <w:t>Does every recommended page or action serve a real user task and business outcome?</w:t>
      </w:r>
    </w:p>
    <w:p>
      <w:pPr>
        <w:numPr>
          <w:ilvl w:val="0"/>
          <w:numId w:val="12"/>
        </w:numPr>
      </w:pPr>
      <w:r>
        <w:t>Are owners, dependencies, acceptance criteria, and measurement defined before implementation?</w:t>
      </w:r>
    </w:p>
    <w:p>
      <w:pPr>
        <w:spacing w:before="360"/>
        <w:jc w:val="center"/>
      </w:pPr>
      <w:r>
        <w:rPr>
          <w:rFonts w:ascii="Calibri" w:hAnsi="Calibri" w:eastAsia="Calibri"/>
          <w:b/>
          <w:color w:val="B07D12"/>
          <w:sz w:val="18"/>
        </w:rPr>
        <w:t>END OF GUIDE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Calibri" w:hAnsi="Calibri" w:eastAsia="Calibri"/>
        <w:color w:val="5E6A73"/>
        <w:sz w:val="18"/>
      </w:rPr>
      <w:t xml:space="preserve">PAGE </w:t>
    </w:r>
    <w:r>
      <w:rPr>
        <w:rFonts w:ascii="Calibri" w:hAnsi="Calibri" w:eastAsia="Calibri"/>
        <w:color w:val="5E6A73"/>
        <w:sz w:val="18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 w:eastAsia="Calibri"/>
        <w:color w:val="5E6A73"/>
        <w:sz w:val="18"/>
      </w:rPr>
      <w:t xml:space="preserve"> OF </w:t>
    </w:r>
    <w:r>
      <w:rPr>
        <w:rFonts w:ascii="Calibri" w:hAnsi="Calibri" w:eastAsia="Calibri"/>
        <w:color w:val="5E6A73"/>
        <w:sz w:val="18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right"/>
      </w:tabs>
      <w:spacing w:after="0"/>
      <w:jc w:val="left"/>
    </w:pPr>
    <w:r>
      <w:rPr>
        <w:rFonts w:ascii="Calibri" w:hAnsi="Calibri" w:eastAsia="Calibri"/>
        <w:b/>
        <w:color w:val="5E6A73"/>
        <w:sz w:val="17"/>
      </w:rPr>
      <w:t>SEO PROMPT LIBRARY</w:t>
    </w:r>
    <w:r>
      <w:rPr>
        <w:rFonts w:ascii="Calibri" w:hAnsi="Calibri" w:eastAsia="Calibri"/>
        <w:color w:val="5E6A73"/>
        <w:sz w:val="17"/>
      </w:rPr>
      <w:tab/>
      <w:t>E-E-A-T BUILDING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1">
    <w:abstractNumId w:val="10"/>
  </w:num>
  <w:abstractNum w:abstractNumId="11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E252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romptBlock">
    <w:name w:val="Prompt Block"/>
    <w:pPr>
      <w:spacing w:before="60" w:after="220" w:line="252" w:lineRule="auto"/>
      <w:ind w:left="230" w:right="144"/>
    </w:pPr>
    <w:rPr>
      <w:rFonts w:ascii="Consolas" w:hAnsi="Consolas"/>
      <w:color w:val="1E252B"/>
      <w:sz w:val="18"/>
    </w:rPr>
  </w:style>
  <w:style w:type="paragraph" w:customStyle="1" w:styleId="Lead">
    <w:name w:val="Lead"/>
    <w:pPr>
      <w:spacing w:after="240" w:line="300" w:lineRule="auto"/>
    </w:pPr>
    <w:rPr>
      <w:rFonts w:ascii="Calibri" w:hAnsi="Calibri"/>
      <w:color w:val="1F4D78"/>
      <w:sz w:val="24"/>
    </w:rPr>
  </w:style>
  <w:style w:type="paragraph" w:customStyle="1" w:styleId="UseWhen">
    <w:name w:val="Use When"/>
    <w:pPr>
      <w:keepNext/>
      <w:spacing w:after="80"/>
    </w:pPr>
    <w:rPr>
      <w:rFonts w:ascii="Calibri" w:hAnsi="Calibri"/>
      <w:i/>
      <w:color w:val="5E6A73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developers.google.com/search/docs/fundamentals/creating-helpful-content" TargetMode="External"/><Relationship Id="rId12" Type="http://schemas.openxmlformats.org/officeDocument/2006/relationships/hyperlink" Target="https://guidelines.raterhub.com/searchqualityevaluatorguidelines.pdf" TargetMode="External"/><Relationship Id="rId13" Type="http://schemas.openxmlformats.org/officeDocument/2006/relationships/hyperlink" Target="https://developers.google.com/search/docs/appearance/structured-data/intro-structured-data" TargetMode="External"/><Relationship Id="rId14" Type="http://schemas.openxmlformats.org/officeDocument/2006/relationships/hyperlink" Target="https://developers.google.com/search/docs/essentia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E-E-A-T Building Prompts</dc:title>
  <dc:subject>Prompts for experience, expertise, authority, trust, authorship, evidence, reputation, YMYL safeguards, and entity consistency.</dc:subject>
  <dc:creator>SEO Prompt Library</dc:creator>
  <cp:keywords>SEO prompts, AI visibility, search strategy, 2026</cp:keywords>
  <dc:description>Copy-ready prompt reference guide.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