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On-Page SEO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Prompts for intent alignment, metadata, headings, topical coverage, internal links, media, structured data, conversion, and page refreshes.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16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Page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[PAGE URL OR DRAFT]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+ OFFER]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Target 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[LOCATION + LANGUAGE]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Primary query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[PRIMARY KEYWORD / TOPIC]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Secondary queries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[SECONDARY KEYWORDS / QUESTIONS]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Goal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[PAGE PURPOSE + CONVERSION]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Evidence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[SERP / GSC / COMPETITORS / SME NOTES]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Constraints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[CMS / BRAND VOICE / COMPLIANCE / WORD LIMIT]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On-Page SEO Optimizer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 page-level diagnosis and implementation brief.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Search Intent &amp; SERP Pattern Analyzer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determine what kind of page and answer the query currently rewards.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SEO Title &amp; Meta Description Generator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accurate, compelling snippets aligned with intent and page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H1, Heading Structure &amp; Information Scent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page is hard to scan or its headings do not communicate a coherent answer.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Introduction &amp; Direct-Answer Rewriter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opening is vague, slow, generic, or fails to confirm the page's relevance.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Topical Completeness, Entities &amp; Semantic Coverage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page may be incomplete, shallow, or disconnected from the concepts users need.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Natural Keyword Mapping &amp; Usage Review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align primary and secondary queries with the page without over-optimization.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Internal Linking Optimizer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priority page needs stronger discovery, context, user pathways, or support from related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Image, Video &amp; Alt Text Optimizer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Media should improve understanding, search appearance, accessibility, and conversion.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Page-Level Structured Data Selector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decide whether and how to add structured data to a specific page.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FAQ &amp; People-Also-Ask Module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page needs useful follow-up answers that support the main task without bloating or duplicating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Service &amp; Location Page Optimizer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commercial service or local landing page must rank, prove relevance, and convert without becoming a doorway page.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Category &amp; Product Page Optimizer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An ecommerce category or product page needs better discoverability, merchandising, information, and conversion.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Article &amp; Guide On-Page Optimizer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An informational page needs stronger usefulness, originality, evidence, structure, and next-step value.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Conversion &amp; UX Alignment Review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page gets visibility or traffic but underperforms on meaningful actions.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Page Refresh, Rewrite &amp; Final QA 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An existing page needs a controlled refresh or rewrite without losing working equity or accurate content.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On-Page SEO Optimizer</w:t>
      </w:r>
    </w:p>
    <w:p>
      <w:pPr>
        <w:pStyle w:val="UseWhen"/>
      </w:pPr>
      <w:r>
        <w:rPr>
          <w:b/>
        </w:rPr>
        <w:t xml:space="preserve">Use when: </w:t>
      </w:r>
      <w:r>
        <w:t>You need a complete page-level diagnosis and implementation brief.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You need a complete page-level diagnosis and implementation brief.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[PASTE PAGE COPY OR HTML]</w:t>
        <w:br/>
      </w:r>
      <w:r>
        <w:br/>
      </w:r>
      <w:r>
        <w:rPr>
          <w:b/>
          <w:color w:val="1F4D78"/>
        </w:rPr>
        <w:t>TASKS</w:t>
        <w:br/>
      </w:r>
      <w:r>
        <w:t>1. Analyze search intent, audience, journey stage, SERP patterns, business purpose, current page content, and conversion goal.</w:t>
        <w:br/>
      </w:r>
      <w:r>
        <w:t>2. Audit title, description, URL, H1, headings, introduction, topical coverage, entities, evidence, media, links, structured data, authorship, freshness, and CTA.</w:t>
        <w:br/>
      </w:r>
      <w:r>
        <w:t>3. Compare the page with relevant competing results when current SERP access exists.</w:t>
        <w:br/>
      </w:r>
      <w:r>
        <w:t>4. Recommend exact changes while protecting accuracy, readability, differentiation, and conversion.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Intent and page-purpose diagnosis</w:t>
        <w:br/>
      </w:r>
      <w:r>
        <w:t>2. Element-by-element audit</w:t>
        <w:br/>
      </w:r>
      <w:r>
        <w:t>3. Content gap map</w:t>
        <w:br/>
      </w:r>
      <w:r>
        <w:t>4. Exact metadata and heading recommendations</w:t>
        <w:br/>
      </w:r>
      <w:r>
        <w:t>5. Internal link plan</w:t>
        <w:br/>
      </w:r>
      <w:r>
        <w:t>6. Priority rewrite brief</w:t>
        <w:br/>
      </w:r>
      <w:r>
        <w:t>7. QA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Search Intent &amp; SERP Pattern Analyzer</w:t>
      </w:r>
    </w:p>
    <w:p>
      <w:pPr>
        <w:pStyle w:val="UseWhen"/>
      </w:pPr>
      <w:r>
        <w:rPr>
          <w:b/>
        </w:rPr>
        <w:t xml:space="preserve">Use when: </w:t>
      </w:r>
      <w:r>
        <w:t>You need to determine what kind of page and answer the query currently rewards.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You need to determine what kind of page and answer the query currently rewards.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[SERP EXPORT / TOP RESULT URLS / LOCATION / DEVICE]</w:t>
        <w:br/>
      </w:r>
      <w:r>
        <w:br/>
      </w:r>
      <w:r>
        <w:rPr>
          <w:b/>
          <w:color w:val="1F4D78"/>
        </w:rPr>
        <w:t>TASKS</w:t>
        <w:br/>
      </w:r>
      <w:r>
        <w:t>1. Classify dominant and secondary intent, user sophistication, urgency, journey stage, and likely success criteria.</w:t>
        <w:br/>
      </w:r>
      <w:r>
        <w:t>2. Analyze result types, page formats, SERP features, freshness, locality, commercial density, and recurring subtopics from current evidence.</w:t>
        <w:br/>
      </w:r>
      <w:r>
        <w:t>3. Identify mixed-intent opportunities and risks.</w:t>
        <w:br/>
      </w:r>
      <w:r>
        <w:t>4. Recommend page type, angle, depth, proof, CTA, and differentiation.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Intent classification</w:t>
        <w:br/>
      </w:r>
      <w:r>
        <w:t>2. SERP pattern table</w:t>
        <w:br/>
      </w:r>
      <w:r>
        <w:t>3. User task statement</w:t>
        <w:br/>
      </w:r>
      <w:r>
        <w:t>4. Recommended page model</w:t>
        <w:br/>
      </w:r>
      <w:r>
        <w:t>5. Differentiation brief</w:t>
        <w:br/>
      </w:r>
      <w:r>
        <w:t>6. Evidence gaps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SEO Title &amp; Meta Description Generator</w:t>
      </w:r>
    </w:p>
    <w:p>
      <w:pPr>
        <w:pStyle w:val="UseWhen"/>
      </w:pPr>
      <w:r>
        <w:rPr>
          <w:b/>
        </w:rPr>
        <w:t xml:space="preserve">Use when: </w:t>
      </w:r>
      <w:r>
        <w:t>You need accurate, compelling snippets aligned with intent and page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You need accurate, compelling snippets aligned with intent and page content.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[CURRENT TITLE/DESCRIPTION / COMPETING SNIPPETS]</w:t>
        <w:br/>
      </w:r>
      <w:r>
        <w:br/>
      </w:r>
      <w:r>
        <w:rPr>
          <w:b/>
          <w:color w:val="1F4D78"/>
        </w:rPr>
        <w:t>TASKS</w:t>
        <w:br/>
      </w:r>
      <w:r>
        <w:t>1. Extract the page's strongest truthful value, primary topic, differentiator, audience, and relevant location or brand.</w:t>
        <w:br/>
      </w:r>
      <w:r>
        <w:t>2. Create distinct title and description options for conservative, benefit-led, proof-led, and local/commercial angles.</w:t>
        <w:br/>
      </w:r>
      <w:r>
        <w:t>3. Avoid clickbait, unsupported claims, duplication, keyword stuffing, and character-count obsession.</w:t>
        <w:br/>
      </w:r>
      <w:r>
        <w:t>4. Explain what each option emphasizes and how to test performance.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Recommended title</w:t>
        <w:br/>
      </w:r>
      <w:r>
        <w:t>2. Recommended meta description</w:t>
        <w:br/>
      </w:r>
      <w:r>
        <w:t>3. Four alternatives</w:t>
        <w:br/>
      </w:r>
      <w:r>
        <w:t>4. Rationale</w:t>
        <w:br/>
      </w:r>
      <w:r>
        <w:t>5. Mismatch warnings</w:t>
        <w:br/>
      </w:r>
      <w:r>
        <w:t>6. CTR test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H1, Heading Structure &amp; Information Scent</w:t>
      </w:r>
    </w:p>
    <w:p>
      <w:pPr>
        <w:pStyle w:val="UseWhen"/>
      </w:pPr>
      <w:r>
        <w:rPr>
          <w:b/>
        </w:rPr>
        <w:t xml:space="preserve">Use when: </w:t>
      </w:r>
      <w:r>
        <w:t>The page is hard to scan or its headings do not communicate a coherent answer.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The page is hard to scan or its headings do not communicate a coherent answer.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[CURRENT HEADING EXPORT / PAGE COPY]</w:t>
        <w:br/>
      </w:r>
      <w:r>
        <w:br/>
      </w:r>
      <w:r>
        <w:rPr>
          <w:b/>
          <w:color w:val="1F4D78"/>
        </w:rPr>
        <w:t>TASKS</w:t>
        <w:br/>
      </w:r>
      <w:r>
        <w:t>1. Assess whether the H1 clearly names the page promise and whether headings follow the user's decision or learning sequence.</w:t>
        <w:br/>
      </w:r>
      <w:r>
        <w:t>2. Find redundant, vague, skipped, overloaded, or query-stuffed headings.</w:t>
        <w:br/>
      </w:r>
      <w:r>
        <w:t>3. Rebuild the heading hierarchy around user questions, evidence, and actions.</w:t>
        <w:br/>
      </w:r>
      <w:r>
        <w:t>4. Preserve accessibility and do not use headings only for visual styling.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Heading audit</w:t>
        <w:br/>
      </w:r>
      <w:r>
        <w:t>2. Proposed H1</w:t>
        <w:br/>
      </w:r>
      <w:r>
        <w:t>3. Revised H2/H3 outline</w:t>
        <w:br/>
      </w:r>
      <w:r>
        <w:t>4. Information-scent rationale</w:t>
        <w:br/>
      </w:r>
      <w:r>
        <w:t>5. Missing section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Introduction &amp; Direct-Answer Rewriter</w:t>
      </w:r>
    </w:p>
    <w:p>
      <w:pPr>
        <w:pStyle w:val="UseWhen"/>
      </w:pPr>
      <w:r>
        <w:rPr>
          <w:b/>
        </w:rPr>
        <w:t xml:space="preserve">Use when: </w:t>
      </w:r>
      <w:r>
        <w:t>The opening is vague, slow, generic, or fails to confirm the page's relevance.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The opening is vague, slow, generic, or fails to confirm the page's relevance.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[CURRENT INTRO / BRAND VOICE / REQUIRED DISCLAIMER]</w:t>
        <w:br/>
      </w:r>
      <w:r>
        <w:br/>
      </w:r>
      <w:r>
        <w:rPr>
          <w:b/>
          <w:color w:val="1F4D78"/>
        </w:rPr>
        <w:t>TASKS</w:t>
        <w:br/>
      </w:r>
      <w:r>
        <w:t>1. Identify the user's immediate question, context, decision, and desired next step.</w:t>
        <w:br/>
      </w:r>
      <w:r>
        <w:t>2. Write a concise opening that confirms relevance, gives a useful direct answer where appropriate, and previews what follows.</w:t>
        <w:br/>
      </w:r>
      <w:r>
        <w:t>3. Preserve nuance for topics that cannot be responsibly simplified.</w:t>
        <w:br/>
      </w:r>
      <w:r>
        <w:t>4. Remove filler, self-congratulation, throat-clearing, and unsupported certainty.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Opening diagnosis</w:t>
        <w:br/>
      </w:r>
      <w:r>
        <w:t>2. Rewritten introduction</w:t>
        <w:br/>
      </w:r>
      <w:r>
        <w:t>3. Short answer module if suitable</w:t>
        <w:br/>
      </w:r>
      <w:r>
        <w:t>4. Claims requiring evidence</w:t>
        <w:br/>
      </w:r>
      <w:r>
        <w:t>5. Tone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Topical Completeness, Entities &amp; Semantic Coverage</w:t>
      </w:r>
    </w:p>
    <w:p>
      <w:pPr>
        <w:pStyle w:val="UseWhen"/>
      </w:pPr>
      <w:r>
        <w:rPr>
          <w:b/>
        </w:rPr>
        <w:t xml:space="preserve">Use when: </w:t>
      </w:r>
      <w:r>
        <w:t>A page may be incomplete, shallow, or disconnected from the concepts users need.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 page may be incomplete, shallow, or disconnected from the concepts users need.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[PAGE COPY / SOURCE MATERIAL / SERP NOTES]</w:t>
        <w:br/>
      </w:r>
      <w:r>
        <w:br/>
      </w:r>
      <w:r>
        <w:rPr>
          <w:b/>
          <w:color w:val="1F4D78"/>
        </w:rPr>
        <w:t>TASKS</w:t>
        <w:br/>
      </w:r>
      <w:r>
        <w:t>1. Build an entity and subtopic model from the primary task, first-party expertise, current SERPs, and trusted sources.</w:t>
        <w:br/>
      </w:r>
      <w:r>
        <w:t>2. Classify concepts as essential, supporting, optional, or out of scope.</w:t>
        <w:br/>
      </w:r>
      <w:r>
        <w:t>3. Compare current coverage for presence, accuracy, depth, evidence, and duplication.</w:t>
        <w:br/>
      </w:r>
      <w:r>
        <w:t>4. Recommend information gain and missing relationships rather than keyword insertion.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Entity/subtopic map</w:t>
        <w:br/>
      </w:r>
      <w:r>
        <w:t>2. Coverage gap table</w:t>
        <w:br/>
      </w:r>
      <w:r>
        <w:t>3. Out-of-scope guardrail</w:t>
        <w:br/>
      </w:r>
      <w:r>
        <w:t>4. Information-gain opportunities</w:t>
        <w:br/>
      </w:r>
      <w:r>
        <w:t>5. Revised section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Natural Keyword Mapping &amp; Usage Review</w:t>
      </w:r>
    </w:p>
    <w:p>
      <w:pPr>
        <w:pStyle w:val="UseWhen"/>
      </w:pPr>
      <w:r>
        <w:rPr>
          <w:b/>
        </w:rPr>
        <w:t xml:space="preserve">Use when: </w:t>
      </w:r>
      <w:r>
        <w:t>You need to align primary and secondary queries with the page without over-optimization.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You need to align primary and secondary queries with the page without over-optimization.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[KEYWORD LIST / EXISTING URL MAP / PAGE COPY]</w:t>
        <w:br/>
      </w:r>
      <w:r>
        <w:br/>
      </w:r>
      <w:r>
        <w:rPr>
          <w:b/>
          <w:color w:val="1F4D78"/>
        </w:rPr>
        <w:t>TASKS</w:t>
        <w:br/>
      </w:r>
      <w:r>
        <w:t>1. Assign primary, secondary, variant, entity, question, and conversion terms to appropriate page elements and sections.</w:t>
        <w:br/>
      </w:r>
      <w:r>
        <w:t>2. Detect forced repetition, awkward exact matches, missing terminology, and conflicts with other pages.</w:t>
        <w:br/>
      </w:r>
      <w:r>
        <w:t>3. Recommend natural wording based on meaning and reader clarity.</w:t>
        <w:br/>
      </w:r>
      <w:r>
        <w:t>4. Explain when a term deserves a separate page instead of inclusion here.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Keyword-role map</w:t>
        <w:br/>
      </w:r>
      <w:r>
        <w:t>2. Current usage issues</w:t>
        <w:br/>
      </w:r>
      <w:r>
        <w:t>3. Element-level recommendations</w:t>
        <w:br/>
      </w:r>
      <w:r>
        <w:t>4. Cannibalization warnings</w:t>
        <w:br/>
      </w:r>
      <w:r>
        <w:t>5. Separate-page candidates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Internal Linking Optimizer</w:t>
      </w:r>
    </w:p>
    <w:p>
      <w:pPr>
        <w:pStyle w:val="UseWhen"/>
      </w:pPr>
      <w:r>
        <w:rPr>
          <w:b/>
        </w:rPr>
        <w:t xml:space="preserve">Use when: </w:t>
      </w:r>
      <w:r>
        <w:t>A priority page needs stronger discovery, context, user pathways, or support from related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 priority page needs stronger discovery, context, user pathways, or support from related content.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[URL INVENTORY / INLINK EXPORT / TARGET PAGE COPY]</w:t>
        <w:br/>
      </w:r>
      <w:r>
        <w:br/>
      </w:r>
      <w:r>
        <w:rPr>
          <w:b/>
          <w:color w:val="1F4D78"/>
        </w:rPr>
        <w:t>TASKS</w:t>
        <w:br/>
      </w:r>
      <w:r>
        <w:t>1. Identify relevant source and destination pages by topic, intent, journey stage, business value, and current link coverage.</w:t>
        <w:br/>
      </w:r>
      <w:r>
        <w:t>2. Recommend contextual placements and descriptive anchors that read naturally.</w:t>
        <w:br/>
      </w:r>
      <w:r>
        <w:t>3. Find orphaning, dead ends, excessive repetition, irrelevant links, and competing target pages.</w:t>
        <w:br/>
      </w:r>
      <w:r>
        <w:t>4. Define scalable template links separately from editorial links.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Inbound link opportunities</w:t>
        <w:br/>
      </w:r>
      <w:r>
        <w:t>2. Outbound support links</w:t>
        <w:br/>
      </w:r>
      <w:r>
        <w:t>3. Anchor suggestions</w:t>
        <w:br/>
      </w:r>
      <w:r>
        <w:t>4. Placement notes</w:t>
        <w:br/>
      </w:r>
      <w:r>
        <w:t>5. Template versus editorial actions</w:t>
        <w:br/>
      </w:r>
      <w:r>
        <w:t>6. Validation method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Image, Video &amp; Alt Text Optimizer</w:t>
      </w:r>
    </w:p>
    <w:p>
      <w:pPr>
        <w:pStyle w:val="UseWhen"/>
      </w:pPr>
      <w:r>
        <w:rPr>
          <w:b/>
        </w:rPr>
        <w:t xml:space="preserve">Use when: </w:t>
      </w:r>
      <w:r>
        <w:t>Media should improve understanding, search appearance, accessibility, and conversion.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Media should improve understanding, search appearance, accessibility, and conversion.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[IMAGE/VIDEO LIST / PAGE SCREENSHOT / FILE DATA]</w:t>
        <w:br/>
      </w:r>
      <w:r>
        <w:br/>
      </w:r>
      <w:r>
        <w:rPr>
          <w:b/>
          <w:color w:val="1F4D78"/>
        </w:rPr>
        <w:t>TASKS</w:t>
        <w:br/>
      </w:r>
      <w:r>
        <w:t>1. Assess whether each visual has a clear user purpose and is unique, relevant, high quality, and placed near supporting text.</w:t>
        <w:br/>
      </w:r>
      <w:r>
        <w:t>2. Recommend descriptive filenames, concise contextual alt text, captions, dimensions, compression, lazy loading, and structured-data or sitemap considerations where applicable.</w:t>
        <w:br/>
      </w:r>
      <w:r>
        <w:t>3. Distinguish informative, functional, decorative, and redundant images.</w:t>
        <w:br/>
      </w:r>
      <w:r>
        <w:t>4. Suggest missing diagrams, demonstrations, comparisons, or original visuals that add information.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Media inventory</w:t>
        <w:br/>
      </w:r>
      <w:r>
        <w:t>2. Purpose and accessibility findings</w:t>
        <w:br/>
      </w:r>
      <w:r>
        <w:t>3. Alt text suggestions</w:t>
        <w:br/>
      </w:r>
      <w:r>
        <w:t>4. Technical optimization notes</w:t>
        <w:br/>
      </w:r>
      <w:r>
        <w:t>5. New visual brief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Page-Level Structured Data Selector</w:t>
      </w:r>
    </w:p>
    <w:p>
      <w:pPr>
        <w:pStyle w:val="UseWhen"/>
      </w:pPr>
      <w:r>
        <w:rPr>
          <w:b/>
        </w:rPr>
        <w:t xml:space="preserve">Use when: </w:t>
      </w:r>
      <w:r>
        <w:t>You need to decide whether and how to add structured data to a specific page.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You need to decide whether and how to add structured data to a specific page.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[VISIBLE PAGE FACTS / EXISTING MARKUP / CMS CAPABILITIES]</w:t>
        <w:br/>
      </w:r>
      <w:r>
        <w:br/>
      </w:r>
      <w:r>
        <w:rPr>
          <w:b/>
          <w:color w:val="1F4D78"/>
        </w:rPr>
        <w:t>TASKS</w:t>
        <w:br/>
      </w:r>
      <w:r>
        <w:t>1. Identify the page's actual visible entities and content type.</w:t>
        <w:br/>
      </w:r>
      <w:r>
        <w:t>2. Compare eligible Google-supported features and schema.org types without assuming rich-result eligibility.</w:t>
        <w:br/>
      </w:r>
      <w:r>
        <w:t>3. List required and recommended properties, authoritative data sources, stable identifiers, and update ownership.</w:t>
        <w:br/>
      </w:r>
      <w:r>
        <w:t>4. Reject markup that is hidden, misleading, unsupported, or inconsistent with the page.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Recommended schema decision</w:t>
        <w:br/>
      </w:r>
      <w:r>
        <w:t>2. Property mapping</w:t>
        <w:br/>
      </w:r>
      <w:r>
        <w:t>3. JSON-LD specification or 'do not implement' rationale</w:t>
        <w:br/>
      </w:r>
      <w:r>
        <w:t>4. Validation checklist</w:t>
        <w:br/>
      </w:r>
      <w:r>
        <w:t>5. Maintenance owner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FAQ &amp; People-Also-Ask Module Builder</w:t>
      </w:r>
    </w:p>
    <w:p>
      <w:pPr>
        <w:pStyle w:val="UseWhen"/>
      </w:pPr>
      <w:r>
        <w:rPr>
          <w:b/>
        </w:rPr>
        <w:t xml:space="preserve">Use when: </w:t>
      </w:r>
      <w:r>
        <w:t>A page needs useful follow-up answers that support the main task without bloating or duplicating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 page needs useful follow-up answers that support the main task without bloating or duplicating content.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[PAA / SUPPORT QUESTIONS / SALES OBJECTIONS / PAGE COPY]</w:t>
        <w:br/>
      </w:r>
      <w:r>
        <w:br/>
      </w:r>
      <w:r>
        <w:rPr>
          <w:b/>
          <w:color w:val="1F4D78"/>
        </w:rPr>
        <w:t>TASKS</w:t>
        <w:br/>
      </w:r>
      <w:r>
        <w:t>1. Collect real questions from search evidence, customers, support, sales, and page context.</w:t>
        <w:br/>
      </w:r>
      <w:r>
        <w:t>2. Prioritize questions by relevance, decision impact, frequency evidence, and answerability.</w:t>
        <w:br/>
      </w:r>
      <w:r>
        <w:t>3. Write concise answers with nuance, next steps, and source needs.</w:t>
        <w:br/>
      </w:r>
      <w:r>
        <w:t>4. Exclude questions that deserve a dedicated page or are included only to chase keywords.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Prioritized FAQ set</w:t>
        <w:br/>
      </w:r>
      <w:r>
        <w:t>2. Answer drafts</w:t>
        <w:br/>
      </w:r>
      <w:r>
        <w:t>3. Dedicated-page candidates</w:t>
        <w:br/>
      </w:r>
      <w:r>
        <w:t>4. Evidence and disclaimer notes</w:t>
        <w:br/>
      </w:r>
      <w:r>
        <w:t>5. Placement recommendation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Service &amp; Location Page Optimizer</w:t>
      </w:r>
    </w:p>
    <w:p>
      <w:pPr>
        <w:pStyle w:val="UseWhen"/>
      </w:pPr>
      <w:r>
        <w:rPr>
          <w:b/>
        </w:rPr>
        <w:t xml:space="preserve">Use when: </w:t>
      </w:r>
      <w:r>
        <w:t>A commercial service or local landing page must rank, prove relevance, and convert without becoming a doorway page.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 commercial service or local landing page must rank, prove relevance, and convert without becoming a doorway page.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[SERVICE / LOCATION FACTS / PROOF / REVIEWS / GBP]</w:t>
        <w:br/>
      </w:r>
      <w:r>
        <w:br/>
      </w:r>
      <w:r>
        <w:rPr>
          <w:b/>
          <w:color w:val="1F4D78"/>
        </w:rPr>
        <w:t>TASKS</w:t>
        <w:br/>
      </w:r>
      <w:r>
        <w:t>1. Clarify the service, eligible customers, real location/service area, process, outcomes, pricing context, proof, FAQs, and conversion path.</w:t>
        <w:br/>
      </w:r>
      <w:r>
        <w:t>2. Assess unique local or service-specific evidence versus swapped boilerplate.</w:t>
        <w:br/>
      </w:r>
      <w:r>
        <w:t>3. Recommend headings, copy modules, images, testimonials, credentials, internal links, and profile consistency.</w:t>
        <w:br/>
      </w:r>
      <w:r>
        <w:t>4. Flag unverifiable claims, fake locations, duplicate pages, and thin geographic variants.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Page diagnosis</w:t>
        <w:br/>
      </w:r>
      <w:r>
        <w:t>2. Unique evidence requirements</w:t>
        <w:br/>
      </w:r>
      <w:r>
        <w:t>3. Revised outline</w:t>
        <w:br/>
      </w:r>
      <w:r>
        <w:t>4. Metadata and CTA</w:t>
        <w:br/>
      </w:r>
      <w:r>
        <w:t>5. Local/internal link plan</w:t>
        <w:br/>
      </w:r>
      <w:r>
        <w:t>6. Doorway-risk check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Category &amp; Product Page Optimizer</w:t>
      </w:r>
    </w:p>
    <w:p>
      <w:pPr>
        <w:pStyle w:val="UseWhen"/>
      </w:pPr>
      <w:r>
        <w:rPr>
          <w:b/>
        </w:rPr>
        <w:t xml:space="preserve">Use when: </w:t>
      </w:r>
      <w:r>
        <w:t>An ecommerce category or product page needs better discoverability, merchandising, information, and conversion.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An ecommerce category or product page needs better discoverability, merchandising, information, and conversion.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[PAGE TYPE / PRODUCT DATA / INVENTORY / FEED / REVIEWS]</w:t>
        <w:br/>
      </w:r>
      <w:r>
        <w:br/>
      </w:r>
      <w:r>
        <w:rPr>
          <w:b/>
          <w:color w:val="1F4D78"/>
        </w:rPr>
        <w:t>TASKS</w:t>
        <w:br/>
      </w:r>
      <w:r>
        <w:t>1. Evaluate intent, taxonomy, filters, product selection, unique copy, specifications, images, reviews, availability, shipping, returns, comparisons, and support content.</w:t>
        <w:br/>
      </w:r>
      <w:r>
        <w:t>2. Separate category-level needs from product-level needs and reusable template rules.</w:t>
        <w:br/>
      </w:r>
      <w:r>
        <w:t>3. Recommend links to related categories, guides, brands, accessories, and alternatives.</w:t>
        <w:br/>
      </w:r>
      <w:r>
        <w:t>4. Ensure factual parity across visible content, feed data, and structured data.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Template and page diagnosis</w:t>
        <w:br/>
      </w:r>
      <w:r>
        <w:t>2. Merchandising/content gaps</w:t>
        <w:br/>
      </w:r>
      <w:r>
        <w:t>3. Revised module plan</w:t>
        <w:br/>
      </w:r>
      <w:r>
        <w:t>4. Internal linking</w:t>
        <w:br/>
      </w:r>
      <w:r>
        <w:t>5. Feed/schema parity checklist</w:t>
        <w:br/>
      </w:r>
      <w:r>
        <w:t>6. Conversion recommendations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Article &amp; Guide On-Page Optimizer</w:t>
      </w:r>
    </w:p>
    <w:p>
      <w:pPr>
        <w:pStyle w:val="UseWhen"/>
      </w:pPr>
      <w:r>
        <w:rPr>
          <w:b/>
        </w:rPr>
        <w:t xml:space="preserve">Use when: </w:t>
      </w:r>
      <w:r>
        <w:t>An informational page needs stronger usefulness, originality, evidence, structure, and next-step value.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An informational page needs stronger usefulness, originality, evidence, structure, and next-step value.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[ARTICLE COPY / AUTHOR-SME NOTES / SOURCES / PERFORMANCE]</w:t>
        <w:br/>
      </w:r>
      <w:r>
        <w:br/>
      </w:r>
      <w:r>
        <w:rPr>
          <w:b/>
          <w:color w:val="1F4D78"/>
        </w:rPr>
        <w:t>TASKS</w:t>
        <w:br/>
      </w:r>
      <w:r>
        <w:t>1. Assess the problem definition, answer completeness, first-hand or expert value, evidence, examples, visuals, author context, dates, and internal journey.</w:t>
        <w:br/>
      </w:r>
      <w:r>
        <w:t>2. Identify commodity sections that repeat common knowledge without added value.</w:t>
        <w:br/>
      </w:r>
      <w:r>
        <w:t>3. Recommend a revised structure around the user's task and information gain.</w:t>
        <w:br/>
      </w:r>
      <w:r>
        <w:t>4. Define responsible next steps and relevant commercial links without forcing a sales pitch.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Helpfulness diagnosis</w:t>
        <w:br/>
      </w:r>
      <w:r>
        <w:t>2. Information-gain plan</w:t>
        <w:br/>
      </w:r>
      <w:r>
        <w:t>3. Revised outline</w:t>
        <w:br/>
      </w:r>
      <w:r>
        <w:t>4. Evidence and visual needs</w:t>
        <w:br/>
      </w:r>
      <w:r>
        <w:t>5. Internal journey and CTA</w:t>
        <w:br/>
      </w:r>
      <w:r>
        <w:t>6. Refresh triggers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15. Conversion &amp; UX Alignment Review</w:t>
      </w:r>
    </w:p>
    <w:p>
      <w:pPr>
        <w:pStyle w:val="UseWhen"/>
      </w:pPr>
      <w:r>
        <w:rPr>
          <w:b/>
        </w:rPr>
        <w:t xml:space="preserve">Use when: </w:t>
      </w:r>
      <w:r>
        <w:t>The page gets visibility or traffic but underperforms on meaningful actions.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The page gets visibility or traffic but underperforms on meaningful actions.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[GA4 / HEATMAP / FORM DATA / PAGE SCREENSHOT]</w:t>
        <w:br/>
      </w:r>
      <w:r>
        <w:br/>
      </w:r>
      <w:r>
        <w:rPr>
          <w:b/>
          <w:color w:val="1F4D78"/>
        </w:rPr>
        <w:t>TASKS</w:t>
        <w:br/>
      </w:r>
      <w:r>
        <w:t>1. Align the page's search intent and promise with CTA, form, navigation, proof, price context, objections, and post-click expectation.</w:t>
        <w:br/>
      </w:r>
      <w:r>
        <w:t>2. Identify friction, distraction, ambiguity, mobile issues, trust gaps, and mismatched conversion asks.</w:t>
        <w:br/>
      </w:r>
      <w:r>
        <w:t>3. Separate analytics evidence from UX hypotheses.</w:t>
        <w:br/>
      </w:r>
      <w:r>
        <w:t>4. Propose testable changes with primary metric and guardrails.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Intent-to-conversion diagnosis</w:t>
        <w:br/>
      </w:r>
      <w:r>
        <w:t>2. Friction and trust findings</w:t>
        <w:br/>
      </w:r>
      <w:r>
        <w:t>3. Prioritized experiments</w:t>
        <w:br/>
      </w:r>
      <w:r>
        <w:t>4. Copy/CTA variants</w:t>
        <w:br/>
      </w:r>
      <w:r>
        <w:t>5.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16. Page Refresh, Rewrite &amp; Final QA Prompt</w:t>
      </w:r>
    </w:p>
    <w:p>
      <w:pPr>
        <w:pStyle w:val="UseWhen"/>
      </w:pPr>
      <w:r>
        <w:rPr>
          <w:b/>
        </w:rPr>
        <w:t xml:space="preserve">Use when: </w:t>
      </w:r>
      <w:r>
        <w:t>An existing page needs a controlled refresh or rewrite without losing working equity or accurate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on-page SEO strategist, search-intent analyst, editor, information architect, and conversion copy reviewer.</w:t>
        <w:br/>
      </w:r>
      <w:r>
        <w:br/>
      </w:r>
      <w:r>
        <w:rPr>
          <w:b/>
          <w:color w:val="1F4D78"/>
        </w:rPr>
        <w:t>OBJECTIVE</w:t>
        <w:br/>
      </w:r>
      <w:r>
        <w:t>An existing page needs a controlled refresh or rewrite without losing working equity or accurate content.</w:t>
        <w:br/>
      </w:r>
      <w:r>
        <w:br/>
      </w:r>
      <w:r>
        <w:rPr>
          <w:b/>
          <w:color w:val="1F4D78"/>
        </w:rPr>
        <w:t>CONTEXT AND INPUTS</w:t>
        <w:br/>
      </w:r>
      <w:r>
        <w:t>Page: [PAGE URL OR DRAFT]</w:t>
        <w:br/>
      </w:r>
      <w:r>
        <w:t>Business: [BUSINESS + OFFER]</w:t>
        <w:br/>
      </w:r>
      <w:r>
        <w:t>Target market: [LOCATION + LANGUAGE]</w:t>
        <w:br/>
      </w:r>
      <w:r>
        <w:t>Primary query: [PRIMARY KEYWORD / TOPIC]</w:t>
        <w:br/>
      </w:r>
      <w:r>
        <w:t>Secondary queries: [SECONDARY KEYWORDS / QUESTIONS]</w:t>
        <w:br/>
      </w:r>
      <w:r>
        <w:t>Goal: [PAGE PURPOSE + CONVERSION]</w:t>
        <w:br/>
      </w:r>
      <w:r>
        <w:t>Evidence: [SERP / GSC / COMPETITORS / SME NOTES]</w:t>
        <w:br/>
      </w:r>
      <w:r>
        <w:t>Constraints: [CMS / BRAND VOICE / COMPLIANCE / WORD LIMIT]</w:t>
        <w:br/>
      </w:r>
      <w:r>
        <w:t>Additional input: [OLD COPY / PERFORMANCE / CHANGE LOG / TARGET TERMS]</w:t>
        <w:br/>
      </w:r>
      <w:r>
        <w:br/>
      </w:r>
      <w:r>
        <w:rPr>
          <w:b/>
          <w:color w:val="1F4D78"/>
        </w:rPr>
        <w:t>TASKS</w:t>
        <w:br/>
      </w:r>
      <w:r>
        <w:t>1. Compare old performance, current intent, content accuracy, competitors, internal links, backlinks, conversion, and freshness needs.</w:t>
        <w:br/>
      </w:r>
      <w:r>
        <w:t>2. Mark sections to preserve, update, merge, remove, add, or fact-check.</w:t>
        <w:br/>
      </w:r>
      <w:r>
        <w:t>3. Produce a revision brief or revised copy while preserving URL and useful elements unless evidence supports a larger change.</w:t>
        <w:br/>
      </w:r>
      <w:r>
        <w:t>4. Run a final QA for accuracy, claims, metadata, headings, links, media, schema, accessibility, mobile scanability, and CTA.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Optimize for the page's real user task and search intent, not keyword density or mechanical phrase repetition.</w:t>
        <w:br/>
      </w:r>
      <w:r>
        <w:t>7. Do not invent product claims, credentials, customer outcomes, prices, statistics, or citations.</w:t>
        <w:br/>
      </w:r>
      <w:r>
        <w:t>8. Recommend structured data only when it is supported, eligible, and consistent with visible content.</w:t>
        <w:br/>
      </w:r>
      <w:r>
        <w:t>9. Preserve accurate, useful content and brand voice; do not rewrite merely to make it sound 'more SEO'.</w:t>
        <w:br/>
      </w:r>
      <w:r>
        <w:br/>
      </w:r>
      <w:r>
        <w:rPr>
          <w:b/>
          <w:color w:val="1F4D78"/>
        </w:rPr>
        <w:t>OUTPUT FORMAT</w:t>
        <w:br/>
      </w:r>
      <w:r>
        <w:t>1. Preserve-change-remove map</w:t>
        <w:br/>
      </w:r>
      <w:r>
        <w:t>2. Refresh brief or revised copy</w:t>
        <w:br/>
      </w:r>
      <w:r>
        <w:t>3. Redirect/canonical warning if relevant</w:t>
        <w:br/>
      </w:r>
      <w:r>
        <w:t>4. Final QA report</w:t>
        <w:br/>
      </w:r>
      <w:r>
        <w:t>5. Post-publish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Google SEO Starter Guide</w:t>
        </w:r>
      </w:hyperlink>
      <w:r>
        <w:rPr>
          <w:rFonts w:ascii="Calibri" w:hAnsi="Calibri" w:eastAsia="Calibri"/>
          <w:color w:val="1E252B"/>
          <w:sz w:val="21"/>
        </w:rPr>
        <w:t xml:space="preserve"> - Foundational discovery, organization, content, and search appearance guidance.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Introduction to structured data</w:t>
        </w:r>
      </w:hyperlink>
      <w:r>
        <w:rPr>
          <w:rFonts w:ascii="Calibri" w:hAnsi="Calibri" w:eastAsia="Calibri"/>
          <w:color w:val="1E252B"/>
          <w:sz w:val="21"/>
        </w:rPr>
        <w:t xml:space="preserve"> - Eligibility, complete properties, validation, and accurate page-visible markup.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ON-PAGE SEO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creating-helpful-content" TargetMode="External"/><Relationship Id="rId12" Type="http://schemas.openxmlformats.org/officeDocument/2006/relationships/hyperlink" Target="https://developers.google.com/search/docs/fundamentals/seo-starter-guide" TargetMode="External"/><Relationship Id="rId13" Type="http://schemas.openxmlformats.org/officeDocument/2006/relationships/hyperlink" Target="https://developers.google.com/search/docs/appearance/structured-data/intro-structured-data" TargetMode="External"/><Relationship Id="rId14" Type="http://schemas.openxmlformats.org/officeDocument/2006/relationships/hyperlink" Target="https://developers.google.com/search/docs/fundamentals/ai-optimization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On-Page SEO Prompts</dc:title>
  <dc:subject>Prompts for intent alignment, metadata, headings, topical coverage, internal links, media, structured data, conversion, and page refreshes.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